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A6C7A"/>
          <w:sz w:val="42"/>
        </w:rPr>
        <w:t>Noahide Laws - A Biblical Reality Check</w:t>
      </w:r>
    </w:p>
    <w:p>
      <w:pPr>
        <w:spacing w:after="60"/>
      </w:pPr>
      <w:r>
        <w:t>TEACHING TRANSCRIPT</w:t>
      </w:r>
    </w:p>
    <w:p>
      <w:pPr>
        <w:spacing w:after="60"/>
      </w:pPr>
      <w:r>
        <w:t>Finding the Ancient Path</w:t>
      </w:r>
    </w:p>
    <w:p>
      <w:pPr>
        <w:spacing w:after="60"/>
      </w:pPr>
      <w:r>
        <w:t>https://www.youtube.com/watch?v=BR3U9VijxRI</w:t>
      </w:r>
    </w:p>
    <w:p>
      <w:r>
        <w:t>Auto-caption wording preserved, with standalone time markers removed and obvious names/capitalization normalized. Oral speech, corrections, and fellowship discussion retained.</w:t>
      </w:r>
    </w:p>
    <w:p>
      <w:pPr>
        <w:pStyle w:val="Heading1"/>
      </w:pPr>
      <w:r>
        <w:t>Chapter 1: Introduction and updates</w:t>
      </w:r>
    </w:p>
    <w:p>
      <w:r>
        <w:t>Amen. Thank you, Samuel. Okay, here we are. The Noahide law alarm, a biblical reality check. Why am I doing this lesson? Well, as we discussed a moment ago or by show of hands, a lot of people have heard about this. There's a lot of weird stuff floating around uh on the internet about the Noahide law. And it wasn't really something that was on my radar of teaching until a handful of members began asking me questions about it. And I thought, okay, well, maybe it's time to to deal with this. So, we are going to deal with it if ever so briefly. Before I do that though, I wanted to make a quick comment in the way of kind of an announcement. I sent an email out to your our group um I think it was either early this week or late last week after seeking a lot of advice from a lot of brothers and</w:t>
      </w:r>
    </w:p>
    <w:p>
      <w:r>
        <w:t>sisters about membership to my YouTube channel. And the advice was all yes you should probably do this because it helps with some of the costs of running a website and doing the business and all the kind of stuff that comes along with u being a YouTuber quite honestly. So, you may have noticed, maybe you haven't, if you visited the YouTube channel in a while, that when you go there, there's a popup that says, "Hey, you can join the channel, be a member." Different levels of giving, different levels of donating to our efforts here. Um, if you don't want to do that, fine. Close that window out and you can go right to watching the videos as usual. But it is there for anybody who wants to give. There have been many many people say, "Hey, I want to give to your efforts here. How do I do that?" And this is a way to do that. Before I had a PayPal uh account that I never told anybody about it, I still have it. This is YouTube's</w:t>
      </w:r>
    </w:p>
    <w:p>
      <w:r>
        <w:t>version of of uh of Did I say PayPal? I meant Patreon. This is YouTube's version of Patreon, if you will. And so, I thought I thought I'd just kind of minimize things and and go through YouTube. So, if if that's something you want to do, amen. We're I'm grateful for any any support you'd like to offer. If not, Amen. I'm grateful that you're here. Nonetheless, we're happy to have you. So, the Noahide law alarm, a biblical reality check. Let's get into this. If you've clicked on this video because you hold to or support beliefs underlying this biblical worldview, then these first two slides are directed specifically to you. That may be you in</w:t>
      </w:r>
    </w:p>
    <w:p>
      <w:pPr>
        <w:pStyle w:val="Heading1"/>
      </w:pPr>
      <w:r>
        <w:t>Chapter 2: Two fundamental objections</w:t>
      </w:r>
    </w:p>
    <w:p>
      <w:r>
        <w:t>our online audience. That may be you watching this on YouTube. If you're willing to unlearn, then you'll stick around. If not, then thanks for joining us if it's only for a minute. And I I [clears throat] wrote that intentionally because you've heard me say in many videos, many lessons, and many places in my book that as a student of scripture, to be intellectually honest and to have the heart of a child, you need to be willing to unlearn. because we get taught things all the time from people who shouldn't be teaching. Uh whether it be pastors, teachers, evangelists, the internet, things we watch online,</w:t>
      </w:r>
    </w:p>
    <w:p>
      <w:r>
        <w:t>there is teaching floating around everywhere of which I'm one of them. By the way, I don't exclude myself from this this uh group of people. We have to be willing to unlearn anything that we have learned that is not founded in scripture. I happen to believe this issue, this topic is one of those things. So, if you're willing to unlearn, then stick around. But if not, we're grateful that you were here for a brief moment. There are two fundamental reasons why the beliefs you hold when it comes to the Noahide laws cannot be correct. For some of you in this group, this is old news. But if you're watching, I want you to understand this. Number one, Yah God does not change.</w:t>
      </w:r>
    </w:p>
    <w:p>
      <w:r>
        <w:t>The teaching of the Noahide laws requires you to believe that the Father has certain limited laws for Gentiles and has given the entirety of the Torah to Israel alone. Malachi 3 in verse 6 tells us, "I am the Lord. I do not change." That's about as emphatic as you can get in making this claim. He does not change. What does that mean? He's not one way for person A and another way for person B. That would require him to change. He doesn't have one set of laws for group A and another set of laws for</w:t>
      </w:r>
    </w:p>
    <w:p>
      <w:r>
        <w:t>group B. That would be a change. That would be a variation. You've heard me say on many occasions that this is an anchor. And you have to keep it as an anchor in your life and in your Bible study. Psalm 102. But you, speaking of Yah. James 1, there is no variation or shadow of turning when it comes to Yeshua. So there is no change. And your doctrine of the Noahide laws requires these verses to not be true. As I have taught many times before, if your theology requires yah to violate his own words, then you have misunderstood the scripture.</w:t>
      </w:r>
    </w:p>
    <w:p>
      <w:r>
        <w:t>The above verses are, as I said, anchors. And if you can embrace this as an immovable fact in your Bible study, it will keep you from wandering into doctrinal heresies. Ironically enough, I was having a a conversation with someone very close to me just a few days ago where I mentioned this fact and this person interrupted and said, "Well, yeah, but we do see him changing all over scripture." Well, I'm sorry. I said, "Well, hold on now. Stop. You cannot have it both ways. If you see him changing all over scripture, then these verses are a lie. What does an anchor do?</w:t>
      </w:r>
    </w:p>
    <w:p>
      <w:r>
        <w:t>An anchor keeps the boat in one position. An anchor keeps the boat from moving away from those coordinates. You have to have this these facts, these three verses or this one fact that he does not change as an anchor in your heart for so many things. If anything you're being taught or anything that you believe requires these verses to not be true, you have misunderstood your Bible. And the onus is on you to figure out what you don't understand. Fact number two or issue number two, God is not a respector of persons.</w:t>
      </w:r>
    </w:p>
    <w:p>
      <w:pPr>
        <w:pStyle w:val="Heading1"/>
      </w:pPr>
      <w:r>
        <w:t>Chapter 3: Defining Noahide laws</w:t>
      </w:r>
    </w:p>
    <w:p>
      <w:r>
        <w:t>The teaching of the Noahide laws requires that belief, the belief that Yehovah demands a higher standard from Israel than from a Gentile who has been grafted in. I'm not sure how many of you have really studied out the doctrine of the Noahide laws. If you are a person who holds to this, then no doubt you have. But this is one of their beliefs that he he's got something completely different or set aside, a higher standard for the people of Israel than he does for the Gentiles. Oh, oh, you Gentiles, all you have to do is worrying about keeping these quote unquote seven Noahide laws. The rest of this stuff is for us. That's pretty much their position. Well, that would make God a respector of persons. What does the scriptures say?</w:t>
      </w:r>
    </w:p>
    <w:p>
      <w:r>
        <w:t>Deuteronomy 10. For the Lord your God is God of gods and the Lord of lords, the great God, mighty and awesome, who shows what, Glenn? Number two, no partiality. No partiality nor takes a bribe. Acts 10, Peter opened his mouth and said, "In truth, I perceive that God shows no partiality." What's going on here? This was when uh he had the dream, the vision for the sheets coming down to heaven. And who was he knocking on his door in a few minutes? Remember Glenn number two? What was his name? Cornelius. My wife cut him off. That's okay. [laughter] Cornelius's servant.</w:t>
      </w:r>
    </w:p>
    <w:p>
      <w:r>
        <w:t>Yeah. Cornelius and his whole family were fixing to approach Peter. This is Peter's interpretation of the dream that God shows no partiality. But in every nation, whoever fears him and works righteousness is accepted by him. Every nation. Okay. Romans 2. Again, a very emphatic passage. There is no partiality with God. If a teaching depends on Yehovah favoring one group over another after he has plainly declared that he shows no partiality, then this teaching stands in conflict with scripture. These verses sir ser serve as firm boundaries and when they are accepted as established truth they prevent conclusions that contradict the character of God.</w:t>
      </w:r>
    </w:p>
    <w:p>
      <w:r>
        <w:t>So if you [clears throat] are a supporter of a believer of a teacher of the Noahide laws and you've gotten this far as I said these first two slides are for you then you have to wrestle with these things right from the start. If I could really have ended this lesson with those two points. I could have ended the discussion on the teaching of the Noahide laws right there. I'm not going to do that. But I wanted to do that for you. If you believe these things, if you teach these things, if you support these things, you have to pray about these things and wrestle with things and and come to some con conviction on what this actually</w:t>
      </w:r>
    </w:p>
    <w:p>
      <w:r>
        <w:t>means for you. So, thanks for sticking with us. If you're still with us, then now if you can see this and you can understand this, then hang with me and we will go through this together carefully and methodically to discern what the scriptures actually say. Setting aside our assumptions, setting aside the traditions of men and allowing the text itself to define truth from a strictly biblical perspective. Okay.</w:t>
      </w:r>
    </w:p>
    <w:p>
      <w:pPr>
        <w:pStyle w:val="Heading1"/>
      </w:pPr>
      <w:r>
        <w:t>Chapter 4: Biblical analysis of laws</w:t>
      </w:r>
    </w:p>
    <w:p>
      <w:r>
        <w:t>What is this the Noahide laws? What are they? What are the so-called Noahide laws? The answer is really simple. Division. That is what is behind the teaching of the Noahide laws. For as long as the scriptures have been read, men have repeatedly attempted to preserve a permanent division between Jew and Gentile. Despite the consistent biblical teachings of covenantal unity through faith and obedience to the one true God, rabbis fight it. Christian pastors fight it, and the Noahide law issue is just</w:t>
      </w:r>
    </w:p>
    <w:p>
      <w:r>
        <w:t>another wolf in sheep's clothing. Do not be misled what the so-called Noahide laws are. Let's look at them. The Noahide laws are traditionally listed as seven depending on who you talk to, but uh the the teachers of the Noahide law extrapolate that to 30 Noah laws, but the origin is seven universal moral prohibitions said to be given to Noah and his descendants, meaning all humanity after the flood. In Genesis 9, the common list is prohibition of idolatry, prohibition of blasphemy, prohibition of murder, prohibition of sexual immorality, prohibition of theft,</w:t>
      </w:r>
    </w:p>
    <w:p>
      <w:r>
        <w:t>prohibition of eating flesh from a living animal, and the establishment of courts of justice. It's critical to state plainly that this seven-fold list does not appear in the Hebrew Bible as a codified set of laws. Scripture never enumerates seven laws of Noah in this form. Again, we could have made this lesson very brief. If you're a student of scripture, this needs to matter to you because it's not okay just to make things up. Why do you think we have so many denominations around the world? Because men have traditionally faithfully left the</w:t>
      </w:r>
    </w:p>
    <w:p>
      <w:r>
        <w:t>ancient path in favor of their own fancies, in favor of their own inventions. This is what we see through the entirety of the Old Testament and into the New. And it's the one thing that Yeshua fought with Judaism. You're constantly elevating the traditions of man over what is written is what he said in Mark 7. And the Noahide laws are no different. So if these things do not appear as any cod codified set of laws in scripture, what does appear in scripture? And what are the specific commands given to Noah and his son? So let's look at it in the dogma of the Noahide law theology. This is the verse that they claim the Noahide laws are found. Well, let's read it</w:t>
      </w:r>
    </w:p>
    <w:p>
      <w:r>
        <w:t>together. one number two and see if we can find the seven commandments within this passage of scripture. So, God blessed Noah and his sons. What's where's this at? This is Genesis 9. This is after the flood. This is after he landed and the Bible says God blessed Noah and his sons and said to them, "Be fruitful and multiply." Well, wait a minute. That sounds like a command right there, Glenn. or two. Why? Why isn't that command listed in the seven? Interesting. It's not. But that's a command. Be fruitful and multiply and fill the earth. The fear of you and the dread of you shall be on every beast of the earth, on every bird of the air, on all that move on the earth, and all the fish of the sea. They are given into your hand. Every moving thing that lives shall be food for you.</w:t>
      </w:r>
    </w:p>
    <w:p>
      <w:r>
        <w:t>I have given you all things even as the green herbs but you shall not eat flesh with its life that is its blood surely for your lifeblood I will be demand a reckoning from the hand of every beast I will require it and from the hand of man from the hand of every man's brother I will require the life of man whoever sheds man's blood by man his blood shall be shed for in the image of God He made men. And as for you, be fruitful and multiply. There it is again. Bring forth abundantly in the earth and multiply it. Okay. Did we see the list of the seven in that section of scripture? Well, let's break it down. Where are they? Where are the commands? Well, number six, we can see plainly. You shall not eat flesh with its life.</w:t>
      </w:r>
    </w:p>
    <w:p>
      <w:r>
        <w:t>That is its blood. You don't want to eat something while it's still kicking, right? [laughter] My wife is over here grossing out. So yes, you don't want to eat something that's still kicking. So that's there. Whoever sheds man's blood. Well, that's there. Number three, prohibition of uh murder. And then for the image of God, he made men. That's maybe you can pull something out of that for number one. I think it's a stretch, but that's what they do. Well, what about the rest? I don't see anything in this verse about blasphemy. I don't see anything in this verse about sexual morality or prohibition of theft or the</w:t>
      </w:r>
    </w:p>
    <w:p>
      <w:r>
        <w:t>establishment of courts of justice. That would eventually become the Sanhedrin, by the way. Well, what's the deal? Well, the prohibition of blasphemy is actually inferred from the use of God's name in Genesis 21:16 in their theology. Let's read that verse. The Lord God commanded the man, saying, "Of every tree of the garden, you may freely eat." H or okay, it's inferred from the use of God's name in Genesis 21:16. Well, I I still don't see the connection. Do you, Glenn? Number two, in the in the Hebrew, the words Lord God is Yehovah. So, that's that's a reach at the at best. Okay. Well, what about immorality?</w:t>
      </w:r>
    </w:p>
    <w:p>
      <w:r>
        <w:t>That's inferred from Genesis 2:24 regarding marriage. Therefore, a man shall leave his father and mother and be joined to his wife. Now, is it good to be joined to your wife and to your husband and to love and serve them only? Yes. But this fourth law is an inference. How many times have we talked about inferences on this channel? Inference is why the Christian church is where they're at in their theology regarding Paul. It's not a good thing. What about the prohibition of theft? Well, that's inferred from Genesis 2:16-1 17. where boundaries are established. The Lord God commanded the man, saying, "Of every tree of the garden, you may freely eat."</w:t>
      </w:r>
    </w:p>
    <w:p>
      <w:r>
        <w:t>I guess they're inferring that if you eat from the tree that you're not supposed to eat from, it's theft. Hopefully, as you're going through this, you're having the same headscratching moment that I am in trying to figure this out and how they arrived at this theology. But this is what they do. The teaching of theology, we'll learn later on in the lesson, is a product of the fruit of rabbinical Judaism. And if you've done any study in the Talmud or in the Mishnah or any other rabbinical writings, one of the things you'll notice is how often they do this in their teaching and in their positions. They will search for hidden meanings that are not written plainly in</w:t>
      </w:r>
    </w:p>
    <w:p>
      <w:r>
        <w:t>the text and then create something out of nothing. This is a great example of it. What about the establish establishment of the courts of justice? Well, that's inferred from Genesis 9 where human agents execute justice. Whoever sheds man's blood by man, his blood shall be shed. Again, an inference. They're assuming that whoever's shedding the blood of the man who shed the blood is some type of governing authority. That's going to come back up in the lesson as we go along. So [clears throat] hopefully you're seeing the problems of this theology</w:t>
      </w:r>
    </w:p>
    <w:p>
      <w:r>
        <w:t>very easily and and very quickly. It's something that is built on sinking sand, if you will. So what are some of our critical biblical observations? Only two of the seven Noahide laws are explicitly</w:t>
      </w:r>
    </w:p>
    <w:p>
      <w:pPr>
        <w:pStyle w:val="Heading1"/>
      </w:pPr>
      <w:r>
        <w:t>Chapter 5: Historical development</w:t>
      </w:r>
    </w:p>
    <w:p>
      <w:r>
        <w:t>stated in the Torah as commands to Noah and his descendants. Now, why is that important? The Noahide law doctrine insists that the laws spoken to Noah after the flood were somehow restricted to Noah and his descendants. Uh, hello That's literally the entire human race including Israel. So that's a contradiction in and of itself right there. Yet we are told that Sinai introduced a kind of legal reset where those same divine expectations were suddenly rearranged and reassigned exclusively to Israel. Apparently, what applied to everyone yesterday became Israelon law today.</w:t>
      </w:r>
    </w:p>
    <w:p>
      <w:r>
        <w:t>Next week, I intend to address this directly by examining the universality of the ways of the Lord as revealed in scripture. In other words, who knew what and when did they know it? How much did Adam know? How much did Noah know? And does the biblical record actually what does the biblical record actually say about the continuity of God's instruction before Sinai and after it? Why am I doing that next week? Well, it kind of ties in to this whole understanding which through a backdoor ties in to cessationism or replacement theology on the other side where the Christian churches land. They like to argue this whole thing that Israel was the only person to receive this law and that it didn't exist until Israel was given it at Sinai. Well, we know that just can't be true on a number of levels.</w:t>
      </w:r>
    </w:p>
    <w:p>
      <w:r>
        <w:t>How did Cain and Abel know what was a better sacrifice to make? How did Noah know which animals were clean and unclean? How could God say of Abraham that he obeyed my commandments and statutes if there were none yet? It's a logical fallacy that exists not only in the Christian world, but obviously right here in Judaism as well. So, we're going to we're going to take a look at that as we move along here. So of the two seven Noahide laws are explicitly stated in the Torah as commands to Noah, the remaining five are derived by inference, retroactive application of later Torah laws or logical systemization. That's another word of saying logical fallacy. The Torah itself never presents never never never ever presents these quote unquote</w:t>
      </w:r>
    </w:p>
    <w:p>
      <w:r>
        <w:t>Noahide laws as a unified covenant list or legal code of any kind. They are a later systematic formulation, not a biblical covenant. The Bible teaches universal moral accountability, not a universal legal code distinct from Israel's God and Israel's [clears throat] scriptures. That's very important to note if you follow or believe in the Noahide laws. modern teaching often modern Noahide teaching often elevates the Noahide framework beyond what the biblical text supports. So what's the core issue? The Noahide laws are not found in the Torah as a list as stated above. They are constructed from the Torah using a method of interpretive expansion that</w:t>
      </w:r>
    </w:p>
    <w:p>
      <w:r>
        <w:t>scripture itself never employs. The biblical text presents moral accountability, divine judgment, and covenant relationships, but not a universal seven law system for Gentiles. In order for you to have such a list, you basically have to pick and choose verses from all over Genesis to make it work. In other words, you have to invent it. What does Numbers 15 say? One ordinance shall be for you. Who's he speaking to? He's speaking to the people of Israel. One ordinance shall be for you of the assembly. And for who, Lumber number two? The stranger. Who was the stranger? The mixed multitude.</w:t>
      </w:r>
    </w:p>
    <w:p>
      <w:r>
        <w:t>The mixed multitude that left Egypt with Israel. Were they Hebrews? No. No. Not not genetic. No. So they weren't Israel. One ordinance shall be for you and of the assembly and for the stranger who dwells with you. An ordinance forever throughout your generations. As you are, so shall the stranger be before the Lord. No partiality, no respector of persons, no change. One law, one custom shall be for you and for the stranger who dwells with you. Again, blatant in your face teachings in the Bible that in one verse or in this case two verses completely dismantles</w:t>
      </w:r>
    </w:p>
    <w:p>
      <w:r>
        <w:t>this whole idea of nomadic laws. So the Noahide law doctrine in its basic form is Judaism. Starting at the top left, we see the first explicit appearance of this concept show up in the Mishnah in AD 200. I've listed there the key passage if you want to look at it, research it. Then moving to the right in the toea which is basically a in an addition to the supplication of the Mishnah in AD 200300 it shows up there again in the section that I quoted there for you and then again second row down bottom left it reappears in the Jerusalem Talmud in 8350 to 400</w:t>
      </w:r>
    </w:p>
    <w:p>
      <w:r>
        <w:t>and the relevant track dates under the sections of The Sanhedrin and the Avoda Zara are where you can find it. I'm showing this to you to show the progression of this teaching. Starts in 8200, shows again in 300, shows up again in 350 to 400 to Babylonian Talmud between five and six. And this is where the system kind of becomes fixed in people's minds.</w:t>
      </w:r>
    </w:p>
    <w:p>
      <w:pPr>
        <w:pStyle w:val="Heading1"/>
      </w:pPr>
      <w:r>
        <w:t>Chapter 6: Prophetic nature of laws</w:t>
      </w:r>
    </w:p>
    <w:p>
      <w:r>
        <w:t>And then you get down to the bottom where it was codified during the 12th century. in the Mishnah Torah, Law of Kings 8:10, where a very famous and prominent uh sage rabbi basically systemized the seven laws, their penalties, and the obligation of Gentiles to accept them as divinely commanded through Moses. Maybe some of you don't understand what the Talmud is, and then all these fancy names here. The Talmud is basically a an ancient collection of rabbinical commentary on the Tanakh, on the Torah specifically. uh and they record these things in written form throughout the years and</w:t>
      </w:r>
    </w:p>
    <w:p>
      <w:r>
        <w:t>subsequent rabbis down the line can read these things and they basically build on each other's ideas and concepts through time and what started in 8200 by the 12th century had become law in their minds. Now, we look at that and we go, "Oh, how silly. How stupid that is." Really? Where do you think the idea of uh replacement theology got its start? It got its start with Marcian right around the same time as the topha. And guess what, Christian? You are currently living in that mindset right now in the Christian churches. The idea that God's law was abolished started at the same time and here we are in 2025</w:t>
      </w:r>
    </w:p>
    <w:p>
      <w:r>
        <w:t>where that doctrine is basically law in the Christian churches. So you and I are no different in from our in our background as these rabbis are in theirs. So when we look at those dates that means that this doctrine of Noahide law is older than the similar fallacies like pretrib theology pre-trip theology came along much later and because it's prophetic in nature the Noahide laws it violates one of the greatest tenants of our faith as it pertains to prophecy that's something I haven't talked about yet the Noahide laws are prophetic in nature they are they are prophetic in that they believe that these things will become a major issue in the last days. Okay. Well,</w:t>
      </w:r>
    </w:p>
    <w:p>
      <w:r>
        <w:t>let's look at that. In Deuteronomy 13, we have this is what I call one of our the greatest tenants of our faith as it pertains to prophecy. If there arises among you a prophet or a dreamer of dreams and he gives you a sign or a wonder and a sign or the wonder comes to pass of which he spoke to you saying let's go after other gods which you have not known and let us serve them. In other words, this prophet is doing something amazing to prove himself and in proving himself he suggests that these people follow a different god. You shall not listen to the words of that prophet or that dreamer of dreams. For the Lord your God is testing you to know whether you love the Lord your God with all of your heart and with all of your</w:t>
      </w:r>
    </w:p>
    <w:p>
      <w:r>
        <w:t>soul. You shall walk after the Lord your God and fear him and keep his commandments and obey his voice. You shall serve him and hold fast to him. But that prophet or dreamer of dreams shall be put to death because he has spoken in order to turn you away from the Lord your God who brought you out of the land of Egypt and redeemed you from the house of bondage to entice you from the way in which the Lord your God commanded you to walk. So you shall put away the evil from your midst. Again in in Deuteronomy 18, the prophet who presumes to speak a word in my name which I have not commanded him to speak or speaks in the name of other gods, that prophet shall die. And if you say in your heart, how should we know the word which the Lord has not spoken? When a prophet speaks in the name of the Lord, if the thing does not happen or</w:t>
      </w:r>
    </w:p>
    <w:p>
      <w:r>
        <w:t>come to pass, that is the thing which the Lord has not spoken. The prophet has spoken it presumptuously. You shall not be afraid of him. Now, we read through that so quickly that you might not stop and consider the ramifications of that verse. This is one of my three walls in my book. The Christian church for 2,000 years, and I, myself included, believed that Paul came along very soon after Yeshua resurrected and started to teach that the law was abolished. And I bought that hook, line, and sinker for 35 years. Didn't even question it. I didn't even question it because I didn't know my Old Testament.</w:t>
      </w:r>
    </w:p>
    <w:p>
      <w:r>
        <w:t>But here would Paul not fall into this category? The scripture says if he comes along and speaks a word in my name which I have not commanded him to speak, some of your versions will say I have not authorized him to speak or to change these laws. Where did Paul get the authority? Nowhere in scripture do we see him ever given the authority to change God's laws. It didn't happen on the road to Damascus. It's recorded. It didn't happen on his little vacation. It's recorded. Where did he give it? Where where was it given?</w:t>
      </w:r>
    </w:p>
    <w:p>
      <w:r>
        <w:t>Are we supposed to just trust that God gave Paul this secret authority to change the law? No. That's not how my God works. But the same applies to the Noahide law doctrine. Okay, you have to test these things against scripture and when you do it fails the test.</w:t>
      </w:r>
    </w:p>
    <w:p>
      <w:pPr>
        <w:pStyle w:val="Heading1"/>
      </w:pPr>
      <w:r>
        <w:t>Chapter 7: Future enforcement fears</w:t>
      </w:r>
    </w:p>
    <w:p>
      <w:r>
        <w:t>Deuteronomy says in ver in chapter 18, do not fear. Have no fear of what the Noahide law preachers want you to fear. Well, what do they want you to fear? We're going to look at some of that. The core prophetic claim in the Noahide law is some teachers present that the Noahide laws as a future global moral system that will be enforced prior to or during the final phase of human history. In this framework, the Noahide law system is portrayed as a universal legal and moral foundation for all nations. Hm. A replacement for national law rooted in scripture. A preparatory structure for global governance. This all sounds very familiar. They argue that since the Noahide laws are considered universal</w:t>
      </w:r>
    </w:p>
    <w:p>
      <w:r>
        <w:t>and predate Sinai, they are uniquely suited for a worldwide order. Okay, we all know that this order is coming, right, Glenn? Number two, is there a one world system coming or a one world law coming? Yeah, it's coming. But it's got nothing to do with Noahide laws. In Revelation 13 and 20, they really camp out on this as enforcement for people who break these Noahide laws. And this is coming straight from their information. The beast system requires universal compliance. And I I those were my letter my words in blue. I'm like really? You're you're telling me that the beast system requires universal compliance to biblical law? The Noahide law even though it's inference and how they've arranged it still come from the scriptures. Even the</w:t>
      </w:r>
    </w:p>
    <w:p>
      <w:r>
        <w:t>inferred scriptures are scripture. And you want me to believe that this thing that's supposed to happen in the future is going to require the Gentiles to be submitted to these laws. That doesn't sound like the beast to me. This compliance includes worship and behavior. Really? Of what? Of the Noahide laws. So again, you're telling me that we're going to be required as Gentiles and not Jews to include these laws in our worship and behavior? again does not sound like the beast. A moral code must therefore undergard enforcement I.e. the lpping off of heads. And this is the fear that people are pushing in this mess. Trying to be sensitive here in the way I I I convey this without being disrespectful, but they quote things from Revelation 13 and Revelation 20. Revelation 13 says he was granted power to give breath to the image of the beast and the image of the beast should both</w:t>
      </w:r>
    </w:p>
    <w:p>
      <w:r>
        <w:t>speak and cause as many would worship the image of the beast to be killed. And then he goes on in verseh chapter 20 to talk about these people who are being beheaded. Then I saw the souls of those who had been beheaded for the witness. And what they teach, what the Noahide law garbage teaches is that these people who are being beheaded are the people who refuse to obey the Noahide laws. Well, that's just blatantly wrong. Who are these souls who have been beheaded in Revelation 20, Glenn? Number two, they're God's people. They are God's people. And why are they God's people? They're being obedient to everything, not seven individual laws.</w:t>
      </w:r>
    </w:p>
    <w:p>
      <w:r>
        <w:t>Okay, th these these are the eklesia who are being beheaded because of their witness to Christ. So again, this whole doctrine is completely upside down. Now, I wanted to show you this. You I'm not going to read through it all. You could take a snapshot of this yourself and take a look, but these are efforts throughout history for of of somebody named Rabbi Schneerson attempting to get the acceptance of Noahide law into the US government constitution or amendments to the constitution. This is real. These are this is a real effort of the proponents of Noahide law to get them</w:t>
      </w:r>
    </w:p>
    <w:p>
      <w:r>
        <w:t>into our law into our ways and to make them law. So, as crazy as this whole doctrine is, there still is a real genuine effort out there of people trying to make it law. And I'm I'm here to tell you even if they are successful in doing this, nothing capital N O T H I N G nothing will unfold in the end times that is not written. So in one sense it doesn't matter if Rabbi Schneerson is successful in getting these things into law. It just doesn't matter.</w:t>
      </w:r>
    </w:p>
    <w:p>
      <w:r>
        <w:t>So people are fearing this today. They're they're having conferences about it. One of the sisters sent me this just the other day. They're having entire conferences for you to buy into this stuff and to believe this stuff. This is their banner for a conference they're having. This is something that came directly from their website. By the grace of God, the sovereign universal biblical commandments, the original covenant with God. Number two, believe and know and trust the one true God. I mean, it just it it boggles my mind and and I'm hoping and praying that</w:t>
      </w:r>
    </w:p>
    <w:p>
      <w:r>
        <w:t>it boggles yours. For the true biblical student of scripture, there is nothing here that should scare you. Remember what the scriptures say. Deuteronomy 13 says, "Love him. Fear him. Serve him. Hold fast to him. Everything else is evil. And that's the power of Deuteronomy 13. Don't follow after these fallacies, these blatant errors in scripture. Now, the truth is who is the one who is taken away by these things? The person who's taken away by these things is that person who simply does not know scripture.</w:t>
      </w:r>
    </w:p>
    <w:p>
      <w:r>
        <w:t>That's why Paul says, "You must test everything." And this morning, we're testing the Noahide laws and we're finding that it's falling woefully short. My conclusions, the Noahide law doctrine is not a biblical teaching. It is absent from the</w:t>
      </w:r>
    </w:p>
    <w:p>
      <w:pPr>
        <w:pStyle w:val="Heading1"/>
      </w:pPr>
      <w:r>
        <w:t>Chapter 8: Final conclusions</w:t>
      </w:r>
    </w:p>
    <w:p>
      <w:r>
        <w:t>Torah, unknown to the prophets, unattested in the writings, and entirely missing from second temple Jewish literature. No inspired text presents Noah as a covenant lawgiver to the nations. None. Nor does any biblical author articulate a separate divinelymandated legal system for Gentiles. The doctrine first appears as we saw in rabbitic literature beginning with the Mishnah and developing through the topha and the Talmud where it's asserted as ancient law without exogetical grounding in scripture. Its structure, scope, and enforcement are the product of post second temple Judaism, reflecting a later theological need to define Gentile obligation outside the Mosaic covenant rather than a doctrine revealed in the biblical text itself.</w:t>
      </w:r>
    </w:p>
    <w:p>
      <w:r>
        <w:t>Therefore, the Noahide laws should not be recognized for what they are, a rabbinic legal construct, not a scriptural mandate. Any theological system that treats them as biblically binding on Gentiles does so by retrojecting later Jewish legal tradition into the Torah rather than by faithful adherence to the scripture itself. In my opinion, it is an elitist separationist, divisive, anti-semitic, and unbiblical construct grounded in human tradition rather than scripture. Those who teach it are simply not students of the text, but proponents of a theology that fractures what God has united and institutionalizes error under the guise of biblical authority.</w:t>
      </w:r>
    </w:p>
    <w:p>
      <w:r>
        <w:t>Tell us how you really feel. Yeah, that's how I really feel. And those are my thoughts on the Noahide law. I told you it would be brief, but here's where I shut up and take your questions, your comments, your disagreements, your rebukes. I accept them all. So, let's open it up for your thoughts on these things.</w:t>
      </w:r>
    </w:p>
    <w:p>
      <w:pPr>
        <w:pStyle w:val="Heading1"/>
      </w:pPr>
      <w:r>
        <w:t>Chapter 9: Q&amp;A and discussion</w:t>
      </w:r>
    </w:p>
    <w:p>
      <w:r>
        <w:t>Glenn, number two, you you got anything to say off the top of your head? I don't have a whole lot to say other than uh our adversary creates an incredible number of counterfeits to distract us and and take us away from understanding his purpose. why man was created in his image, what his endgame is. And this this is just u another counterfeit. Uh it's like a magic show, you know, look look over here while you change something over there. But um yeah, it's using scripture. Uh you know, their their story and their logic is is obviously not inspired. Well, it is inspired, but not by God. Yes. And by the way, guys, as you know, if you're in this group right now with us and you believe in the Noahide laws</w:t>
      </w:r>
    </w:p>
    <w:p>
      <w:r>
        <w:t>and you've been following it and you've been supporting, I don't want you to not say anything. I'm not going to stand stand in judgment of you. Even though I made it very clear obviously how I feel about it. I don't want you to feel like you can't talk or you can't argue with us or me. Um, that's that's not good. So, feel free if you've got pro thoughts on your point of view. Yeah, I'd love to hear your point of view. Anybody at all? Don't be shy. Go ahead, Robert. Yeah. Okay. I'm gonna I'm gonna bite. Um, not not that not that I think what you said was wrong. I think it was a it was a biblical teaching. Um because uh we we we as followers of the of the</w:t>
      </w:r>
    </w:p>
    <w:p>
      <w:r>
        <w:t>ancient path follow the same rules that Israel follows because we're grafted in. But I sit here and I was pondering while you were talking um that um Satan always poses as an angel of light and how the Noah laws would create a division between the Gentiles and the Jews and lead the Gentiles away from being grafted in with Jerusalem or with Israel. Um so do I think it's going to that it would happen that way? I not necessarily, but it it's possible because what what I see it could do is that um it could cause people people in our group or people that follow Torah to to be in violation of the knowhow law because</w:t>
      </w:r>
    </w:p>
    <w:p>
      <w:r>
        <w:t>we're going above and beyond what what it's actually what it actually teaches because we're following we're following Torah as as the spirit leads us leads us as a as a fruit um of being obedient to what the father's called us to do. Uh so I that that's just my take. Whether right or wrong, I don't know. I don't I I haven't really studied it out and I just that's what I was sitting here pondering. Well, why you were talking? Okay. Um let me do this again here real quick. I don't ever do this, but let's do it again because I want to talk about something that you said. Let's see. I think it was on this slide. Let's go through this real fast.</w:t>
      </w:r>
    </w:p>
    <w:p>
      <w:r>
        <w:t>Yeah, right here. Okay. Let's look at this. This is the list of seven uh primary Noahide laws. Now, again, as I said, some people teach it. It's more like 30. But this is in in their um in their information in their teaching. This is the seven. Now look at the list. Let me ask you this question. Is idolatry commanded against in the Torah? Yes. Yes. Is blasphemy commanded against in the Torah? In the commandments is murder. Yes. Yes. Is sexual immorality? Yes. Is theft? Yes.</w:t>
      </w:r>
    </w:p>
    <w:p>
      <w:r>
        <w:t>Is is blood and eating flesh of living animals? Yes. Yes. What about courts of justice? No. Well, there's no courts of justice specifically mentioned, but the Torah does talk about how to handle disputes and that kind of stuff. Number witnesses, etc. Yes. And it could even be argued that uh Jethro's instructions to Moses about how to handle this stuff, you know, you could infer that is what I'm saying. The reason I'm pointing this out is because the Noahide law people like to um want they want people to believe that there there there's this separate set of laws meant just for you guys right here.</w:t>
      </w:r>
    </w:p>
    <w:p>
      <w:r>
        <w:t>Truth of the matter is we've just discovered that all of those laws that they want to reserve for the Gentiles is in the Torah. already and and Numbers 15 says that's for all of us. So again, it's just a it's a it's an effort in my opinion to divide people and to keep Jew from Gentile, to keep the separation there. But Michael, what are your thoughts? You you can hear me. Good, good, good. Because I have a problem with my technology here. I got a laptop and a phone. uh going with the Zoom call. Anyways, thank you so much for this teaching. It's awesome. Very uh confirming. I think some of what uh may be new for me is I never thought of the the um the angle</w:t>
      </w:r>
    </w:p>
    <w:p>
      <w:r>
        <w:t>that you presented with it uh its deception um in that it's presenting it as the core of the new world order kind of system expecting. Is that what you're saying? you saying? Yes. I'm saying that the the proponents of this law um are are trying to make it governmental law or civil law and that in doing so it will somehow be the platform that will give the Jews the authority to lop off Gentiles heads if they're not obeying these things. So yes, in their mind it's the platform for which the whole beast system will be set up, which I obviously disagree with.</w:t>
      </w:r>
    </w:p>
    <w:p>
      <w:r>
        <w:t>Right. Of course. And so it is the platform you're you're bringing bringing out uh for us to see in this teaching, right? It is the platform. Yeah. Yes. It's kind of like um the Noahide laws. And again, if you know about this more than I do, please correct me. The Noahide laws are almost like a Jewish Sharia law system. That's a great way of putting it. Yeah. Now, is it not uh because I uh to my understanding, is it not connected with how it branches out? is is that even it'll be outlawed for non-Jews to celebrate Sabbath on on uh to celebrate 7th day Sabbath. That's like part of like an outlawing aspect of it</w:t>
      </w:r>
    </w:p>
    <w:p>
      <w:r>
        <w:t>that only Jews are probably or Torah keepers according to their version of of Torah which is Talmud basically they can celebrate the seventh day Sabbath and that that's an enforcable thing with lopping off heads that's part of what I'd heard and that's probably true although I didn't go into that and in my research didn't see too much as it pertained to Sabbath. But uh that's why I think that this whole teaching is anti-semitic because it's teaching the world to fear the Jews because the Jews will cut off your head if you violate this these seven laws. And this is where a lot of this anti-semitic jargon is coming. We we can say that um oh the Jews of Israel are</w:t>
      </w:r>
    </w:p>
    <w:p>
      <w:r>
        <w:t>not the true Jews, they're Kazarian or that's a Luciferian state. This is where they kind of have reason to say that in in some respect. Yeah, we can tie that together too in some way. Yes, it's it's it's possibly a much broader topic than than we we even looked at this morning, but um it's out there. And my purpose in in having this uh discussion uh was just to keep this little group, this little bitty group from from falling, you know, prey uh to the the ideology. Amen. Thank you so much. And um what we're not to fear</w:t>
      </w:r>
    </w:p>
    <w:p>
      <w:r>
        <w:t>uh is like we see you brought out that there are church followings that are falling headline and sinker for this. Uh are you saying that they they fear like it as being a truthful thing? I'm not expressing myself so clearly I guess. Um, can you speak more about what we're not to fear? Well, the scripture specifically says not to fear this false this false prophet. Uh, we are to fear him, serve him, seek after him only. So, what does that mean? when the rubber hits the road. All the things that these people want to have hap happen in the future. All of these people who want to see the Noahide law become US government law.</w:t>
      </w:r>
    </w:p>
    <w:p>
      <w:r>
        <w:t>Yes. Is all for nothing because even if it does, nothing will unfold in the end times that is not written. Amen. In other words, we're not going to be surprised. Yeah. Well, I shouldn't say that. A lot of people are going to be surprised, but the student of the scripture, we're not something new is not going to happen in those days that we don't see in scripture the way Yah says it's going to happen, not by somebody else. This this is why it's likened to pre-trip theology. Yeah.</w:t>
      </w:r>
    </w:p>
    <w:p>
      <w:r>
        <w:t>They take things out of context and create a whole different um u line of events. Yes. That they think is going to happen. No, the scriptures the student of scripture knows exactly how it's going to happen because it's written. Um and this is the same this is the same thing. Thank you. Of course. Let's see. Allen, Alabama, you're up next. Uh, thank you, sir. Um, to your point about all of the laws being found in scripture already, my understanding is uh the tension is going to lie, especially in the end times with uh point number two about no blasphemy. um</w:t>
      </w:r>
    </w:p>
    <w:p>
      <w:r>
        <w:t>as it pertains to Messiah specifically uh and as us that worship the Messiah and for who he is and what he's accomplished that um you know the God of the Bible is not the Messiah. So if we claim Messiah as the savior then we are committing blasphemy and that's where the tension is going to lap. Um and that was just my thought and understanding. I just wanted to see what you you had to say. Thank you. Uh amen bro good point. So here's the thing. Yes, what you're saying is true. However, it's true right now. The fact that all of us are here in this room following Yeshua in the mind of Orthodox Israel, we are heretics right now. So that's that hasn't changed since Yeshua left us,</w:t>
      </w:r>
    </w:p>
    <w:p>
      <w:r>
        <w:t>you know. So the the the idea that Christians are heretics is not anything new. And true believers in the way who have the faith of Christ, who hold to the commandments of God, as Revelation tells us, we're going to be persecuted, beheaded, killed. That's prophesied. How that comes is not prophesied specifically. It's going to come. Uh and we know it's going to come. So really at the end of the day, how that manifests itself at the end of time, at</w:t>
      </w:r>
    </w:p>
    <w:p>
      <w:r>
        <w:t xml:space="preserve">the end of days, it's kind of outside of our control. And in that sense, we don't fear it. We don't fear the mechanism of how that's going to happen because we we know where we stand. Does that make sense? Okay. Uh Laura Laura Lee. Shabbat shalom everybody. Can you hear me? Yes ma'am. Okay. So I've been following this um for probably about 10 years. I've been watching it unfold and develop. And so, one of the folks, well, there's a few people that um have been sounding the alarm. </w:t>
      </w:r>
    </w:p>
    <w:p>
      <w:r>
        <w:t>So, I'm not sure if folks have ever heard of Steve and Jana Benoon, but they have I think it's Israeli Live News. um they have a YouTube channel, but Jana is a deep researcher and they're former Zionist Jews and they used to reside in Israel. But anyways, um she's writing a book. She does deep research on this particular topic. on their YouTube channel, they actually have on their playlist quite a few videos where they are</w:t>
      </w:r>
    </w:p>
    <w:p>
      <w:r>
        <w:t xml:space="preserve"> unpacking this uh topic and doing interviews with people such as Dr. Lorraine Day who was married to one of the US senators and Dr. Lorraine Day is no longer with us, but she too was sounding the alarm and speaking very clearly and biblically </w:t>
      </w:r>
    </w:p>
    <w:p>
      <w:r>
        <w:t>what these laws are, who's behind them, and how they have been hidden in the education day um which is signed every year by our presidents and also Dr. Steven Pigeon who I believe he's a constitutional lawyer. He also has done um a very good</w:t>
      </w:r>
    </w:p>
    <w:p>
      <w:r>
        <w:t xml:space="preserve"> teaching on this unpacking the Noahide laws. And I think so also recently um the friends of Zion in Israel, they paid for 1,000 </w:t>
      </w:r>
    </w:p>
    <w:p>
      <w:r>
        <w:t>Christian influencers to fly to Israel for a week to train them to be ambassadors for Israel. And it was so successful that they are planning on flying 10,000 more Christian leaders and influencers into Israel to train them. And it now I may be wrong, but it seems to be um part of this</w:t>
      </w:r>
    </w:p>
    <w:p>
      <w:r>
        <w:t xml:space="preserve"> and it may be in in early stages. I'm not quite sure. That's not clear to me. But I always tell people, don't listen to me. Do your own research. Ask the father to lead and guide you into truth. </w:t>
      </w:r>
    </w:p>
    <w:p>
      <w:r>
        <w:t>And anybody can reach out to me. I can send you links if you're interested in some resources. So, Adam, I'm so grateful that you listened and you heard and you um decided to take this topic on. That's all I know. Laura Lee, I appreciate your comments as always. Laura Lee is one of the biggest um donor of spiritual and godly writings on our our website.</w:t>
      </w:r>
    </w:p>
    <w:p>
      <w:r>
        <w:t xml:space="preserve"> So, you'll see her stuff on the new website when it's um when it's revealed. Okay. Who's up next? I think Samuel's up next. Go ahead, Samuel. Goodbye. Shalom. I think what what what happens is you have the rabbitic authorities </w:t>
      </w:r>
    </w:p>
    <w:p>
      <w:r>
        <w:t>playing loose and fast with Deuteronomy 17 8-11. I think they they take that it's twisted and it's expanded beyond the actual intent. Within those verses of the Torah, there's instruction given when there is controversy or an issue between and amongst um Israel</w:t>
      </w:r>
    </w:p>
    <w:p>
      <w:r>
        <w:t xml:space="preserve"> that cannot be easily resolved between neighbors or at a local level where things then have to be transitioned over to the priesthood, to the Levites, or to anybody who is established as a judge or an authority. And that more or less has been the the crux of what we see now within the writings of the Talmood </w:t>
      </w:r>
    </w:p>
    <w:p>
      <w:r>
        <w:t>and the the various practices that have existed over the millennia amongst the different sects of Judaism. And I see that more or less coming into play here where rabbinic authority more or less has established themselves as the only authority upon earth and that the father has no say in terms of how Torah is applied when it comes to earthly affairs which is the furthest thing from the truth.</w:t>
      </w:r>
    </w:p>
    <w:p>
      <w:r>
        <w:t xml:space="preserve"> The furthest thing from the truth. What I find interesting is that at the outset of the colonies that were established in the United States from Europe, the the the Puritan um believers who landed, </w:t>
      </w:r>
    </w:p>
    <w:p>
      <w:r>
        <w:t>a lot of the systems that were put in place and some of those things that continue to exist side by side with a lot of the Greco Roman law and culture that was established at the point that this country became an official country. A lot of the laws that were put in place were based on Torah principles, which is one of the reasons why I think everyone knows this. The celebration of Christmas was outlawed for centuries</w:t>
      </w:r>
    </w:p>
    <w:p>
      <w:r>
        <w:t xml:space="preserve"> throughout various colonies and in towns and in cities until fairly late in the existence of the United States. And I think what you may see ultimately with the transitions that are happening right now is the implementation of things like noh high law in order to as you clearly indicated further divide </w:t>
      </w:r>
    </w:p>
    <w:p>
      <w:r>
        <w:t>those of us who exist in the in the diaspora from our brothers and sisters who are a part of Yehuda and who are in Israel. That being said, um I think we know where we have to stand, which is on the writings within the Torah, which is on the testimonies and those things that were given to us by our Messiah and by his sentence. That's the foundation. That's the only thing to go on.</w:t>
      </w:r>
    </w:p>
    <w:p>
      <w:r>
        <w:t xml:space="preserve"> And Laura, I would love to uh have those links and that information that that you that you offer to us so I can look into those things more deeply. Shabbat shalom. Hey man, Samuel. Thank you, brother. Um okay, Daria. </w:t>
      </w:r>
    </w:p>
    <w:p>
      <w:r>
        <w:t>No. Hello. Um hello. I don't have anything. I had just questions because uh this is something very new to me. Uh I don't I think I don't get a I just don't get it. Uh uh is all right friends. Uh Stephen and Yana Benoon here on Israeli News Live and uh uh sorry does it mean that uh the</w:t>
      </w:r>
    </w:p>
    <w:p>
      <w:r>
        <w:t xml:space="preserve"> the Noahide law is something that is like u men's made doctrine or because I've never heard anything about that somebody even is uh following the Noah height's law. I thought that Mo uh Mos um Moses law is something we should be following. </w:t>
      </w:r>
    </w:p>
    <w:p>
      <w:r>
        <w:t>Uh so I I was listening carefully but I um I don't know if this this is the language barrier but I just uh can you just simply explain to me so the no high this this law what you were talking about this is something dangerous for for us. Let me just say let me just say this. No, there's nothing dangerous. Two, if you don't know about it, Daria, Amen.</w:t>
      </w:r>
    </w:p>
    <w:p>
      <w:r>
        <w:t xml:space="preserve"> be happy that you don't know about it, okay? And and don't even worry about it. You know, this this lesson was for people who had heard about it and had questions about it. If you don't know about it, you're in a much better place than Yeah. </w:t>
      </w:r>
    </w:p>
    <w:p>
      <w:r>
        <w:t>than everybody else. That's probably because uh we pick because I don't speak English. So in check there is nothing to learn about Noahide you know. Uh anyway but what I want to ask is that the go God God made covenant with Noah. Is that right? Yes. Okay. So, and so the truth is when there was the covenant on Noah and then they</w:t>
      </w:r>
    </w:p>
    <w:p>
      <w:r>
        <w:t xml:space="preserve"> came the covenant with Abraham and then the covenant with Moses. It doesn't mean that the the next following covenant abolishes the other one. Is that right? It's just all the covenants are That's correct. That's correct, Daria. Now, a quick note on that real fast. I don't mean to interrupt you, but um there I have a That's </w:t>
      </w:r>
    </w:p>
    <w:p>
      <w:r>
        <w:t>okay. I have a teaching on this channel about the covenants. Just scroll down, you'll find it. We did it, I don't know, a year or so ago. Uh was there a a covenant made with Noah? Yes, there was. What was the covenant made with Noah? Number two, rainbow. The rainbow. And what did that signify? He wasn't going to destroy the He wasn't going to destroy the earth with water ever again. That was the covenant.</w:t>
      </w:r>
    </w:p>
    <w:p>
      <w:r>
        <w:t xml:space="preserve"> But the Noah had law, the Noahide law people want to make you believe that built within that covenant are these seven laws that work that that somehow accompany that a covenant. No, that's not true. And the second thing is the point that you made Daria is uh that covenant that Yehovah made with Noah, is it still standing? </w:t>
      </w:r>
    </w:p>
    <w:p>
      <w:r>
        <w:t>Are we still within that covenant? Yes. Yes. World the world's not flooding. So that covenant is still binding. So just because we have the Noahide covenant and the Abrahamic covenant and the Davidic covenant and the Mosaic covenant and the</w:t>
      </w:r>
    </w:p>
    <w:p>
      <w:r>
        <w:t xml:space="preserve"> new covenant. These are contracts that God made with humanity at different levels for different reasons. Many of them living at the same time simultaneously. Is the Davidic covenant still going? Yes, it is. Is the Mosaic covenant still going? Well, that's a very deep question </w:t>
      </w:r>
    </w:p>
    <w:p>
      <w:r>
        <w:t>and the the answer is not as black and white as you think. We can discuss that later on. But we are under a new covenant now ratified by the blood of Christ. But that doesn't necessarily mean that every covenant made before it is gone. This is this is deep stuff that the student of scripture needs to</w:t>
      </w:r>
    </w:p>
    <w:p>
      <w:r>
        <w:t xml:space="preserve"> search out. And we did our best with that lesson. So maybe you can go watch that. Okay, let's continue. Nora, hello. Hello. We hear you. Uh oh, you can hear me. Okay. Um, I just wanted to say thanks for this lesson because I think um, at least in my </w:t>
      </w:r>
    </w:p>
    <w:p>
      <w:r>
        <w:t>circles of my Christian friends, um, you hear Noah, Noahide, and you just automatically think it's good and biblical. But, um, I think that's, um, you know, people who haven't studied their Bible and, you know, don't know really what it's about um, can just think, "Oh, it's good." So I thank you for showing very clearly, you know, you can I can tell my friends, you know, oh well, let's look and see what the Bible</w:t>
      </w:r>
    </w:p>
    <w:p>
      <w:r>
        <w:t xml:space="preserve"> says and take them exactly to the place and show them, okay, this is what is being said, but this is actually what the Bible says. And so just think is a good um thing to be able to share. So thanks for the teaching. Oh, of course. You're welcome. And cheers to you. You're holding up a cup of coffee or something and No. Yeah. Oh, you just see my picture. </w:t>
      </w:r>
    </w:p>
    <w:p>
      <w:r>
        <w:t>Yeah, I thought I I I can't get my uh live. I am trying to share on my video, but anyway, we see you. We see you. Oh, okay. Okay. Okay. Michael again. Yeah, I was just remembering it. Part of the the biblical apologetic that we that we have is remembering from Acts where Paul speaks to that matter where many Christians believe like I also once believed that</w:t>
      </w:r>
    </w:p>
    <w:p>
      <w:r>
        <w:t xml:space="preserve"> oh it's it's okay for the Gentiles like uh to just hold those seven laws and that's where the vulnerability to this lie is started right um but the way that Paul meant that when he was saying and I'm sorry I don't have scripture location off off the top of my head. The way that Paul meant that was uh that it's okay to start with those </w:t>
      </w:r>
    </w:p>
    <w:p>
      <w:r>
        <w:t>seven those seven uh noic uh covenant items because they'll they'll uh be hearing Moses in the temple on Shabbat, right? Thank you, Michael. That's a great point and something that I omitted from my lesson for sake of time, but yes, built into the Noahide or the Noahide law system is the belief that Acts 15 is a confirmation</w:t>
      </w:r>
    </w:p>
    <w:p>
      <w:r>
        <w:t xml:space="preserve"> of the Noahide laws because the four laws that James encouraged Gentiles to embrace somehow are very similar to the the original seven, but we already determined that the original seven aren't seven at all. </w:t>
      </w:r>
    </w:p>
    <w:p>
      <w:r>
        <w:t>Right? So, no, from a biblical perspective, what James and the brothers determined in Acts 15 have zero to do with any idea of no addic laws. Why? Well, what James was saying was if these guys want to uh be a part of Israel, these are the things they need to change right now. These are things that they can change right now.</w:t>
      </w:r>
    </w:p>
    <w:p>
      <w:r>
        <w:t xml:space="preserve"> Just like I've said in previous lessons when I was studying the Bible with people and helping them come to Christ, there were things like James did that I told them, "You need to stop right now. You need to stop beating your wife right now. You need to stop dealing drugs right now. </w:t>
      </w:r>
    </w:p>
    <w:p>
      <w:r>
        <w:t>These are things you can do right now to repent of. I don't want you coming into the church as a drug dealer. I don't want you coming into the church as a wife beater and a child abuser. These are things that you can stop right now. The rest you'll learn as you go along in your faith. And that's basically what James was doing in Acts 15. These are things that they need to change right now. But like you said, Michael, they have Moses who's taught in the synagogues every</w:t>
      </w:r>
    </w:p>
    <w:p>
      <w:r>
        <w:t xml:space="preserve"> Shabbat. They're going to learn. Well, sounds like what James is saying was he expected these Gentiles to be in the synagogues on Shabbat learning Moses. [laughter] So, okay. Uh, hope that helped. Uh, Michael uh Robert from Florida. </w:t>
      </w:r>
    </w:p>
    <w:p>
      <w:r>
        <w:t>Yeah. And um yeah, I just I just wanted to touch on what you said um on Acts 15. Uh there were four starters for the Gentiles, but they weren't they weren't just four things that the Gentiles had to do. Uh it goes on to say that they will learn Moses in the synagogue on Sabbath. So it it elaborates on that, but nowhere in Acts 15 does it mention Noah. It says Moses. So, I I just was, you know, going with that. I'm sorry.</w:t>
      </w:r>
    </w:p>
    <w:p>
      <w:r>
        <w:t xml:space="preserve"> No. Amen. Appreciate your thoughts and comments as always. Okay. Listen, I have no more hands up. Um, which means we might just be able to end a little sooner. Uh, one comment about what I want to do next week just for clarification is I think it's important in this argument and overall to understand </w:t>
      </w:r>
    </w:p>
    <w:p>
      <w:r>
        <w:t>the progression of God's laws from Adam to the end. Um, what did Adam know? What what did he know from the father and what did his descendants know? How much of the law that we know today did he know? How much did Noah know? How much did Abraham know before it was ever codified and given</w:t>
      </w:r>
    </w:p>
    <w:p>
      <w:r>
        <w:t xml:space="preserve"> to Yehovah's chosen people, his treasured possession on Mount Si? And how is that whole event change everything? So, this this is going to be a deeper lesson than we're accustomed to hearing, I think. Maybe, maybe not. Um, </w:t>
      </w:r>
    </w:p>
    <w:p>
      <w:r>
        <w:t>it'll be good to get you involved, Glenn number two, in this because Glenn is older than a tree full of owls. And, uh, he's been around this stuff for a long time. And, uh, it'll be fun. So guys, if there's no more thoughts or questions or comments or encouragements, I want to wish you a fantastic Shabbat. Thanks for all of you who came and joined us for the first time. Uh DPI</w:t>
      </w:r>
    </w:p>
    <w:p>
      <w:r>
        <w:t xml:space="preserve"> Ministries and the Lychans and and others. We're grateful that you're here and um we'll see you next week and hope that you guys have a fantastic week. Love you all. Shabbat shalom. Shabbat shalom everyone. Shabbat shalom. Thank you. Excellent. </w:t>
      </w:r>
    </w:p>
    <w:p>
      <w:r>
        <w:t>Shabbat shalom. Shalom everyone. Shalom. Shabbat shalom everyone. Shabbat shalom. Shabbat shalom. Good shalom. Okay, we're done. There you go. Shabbat. Bye-bye.</w:t>
      </w:r>
    </w:p>
    <w:sectPr w:rsidR="00FC693F" w:rsidRPr="0006063C" w:rsidSect="00034616">
      <w:footerReference w:type="default" r:id="rId9"/>
      <w:pgSz w:w="12240" w:h="15840"/>
      <w:pgMar w:top="1080" w:right="1181" w:bottom="1080"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Finding the Ancient Path  |  FTAP Teaching Resources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Aptos Display" w:hAnsi="Aptos Display"/>
      <w:b/>
      <w:bCs/>
      <w:color w:val="1A6C7A"/>
      <w:sz w:val="2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