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Joseph A Typology</w:t>
      </w:r>
    </w:p>
    <w:p>
      <w:pPr>
        <w:pStyle w:val="Subtitle"/>
      </w:pPr>
      <w:r>
        <w:t>Teaching Transcript  |  Finding the Ancient Path</w:t>
      </w:r>
    </w:p>
    <w:p>
      <w:r>
        <w:t>https://www.youtube.com/watch?v=YebKjhI_41w</w:t>
      </w:r>
    </w:p>
    <w:p>
      <w:r>
        <w:t>Cleaned from the supplied auto-caption source: timestamp and elapsed-time lines removed, proper-noun capitalization standardized, original chapters and spoken discussion retained. Remaining automated-caption errors are possible.</w:t>
      </w:r>
    </w:p>
    <w:p>
      <w:pPr>
        <w:pStyle w:val="Heading1"/>
      </w:pPr>
      <w:r>
        <w:t>Chapter 1: Introduction to typology</w:t>
      </w:r>
    </w:p>
    <w:p>
      <w:r>
        <w:t>Amen. Thank you, Tim. Okay, here we are looking at brother Joseph in the Bible. Why am I doing this lesson? I don't know. Ben and I talked about it a time or two. Um, thought it'd be a good story to talk about. It is a story in of typology. Um, I'm not sure how many of you were with us many months ago when we when we looked at Moses and the typology involved with Moses and how Yeshua would be the prophet like Moses who would come. If you haven't had a chance to look at that video, I encourage you to go back and and look. It's it's probably a year year and a half old uh if not longer. just do a search for Moses in my YouTube channel because it really depicts in very great detail all the ways that uh Yeshua and Moses were alike. And you'd be surprised. You'll also be surprised in this story, too.</w:t>
      </w:r>
    </w:p>
    <w:p>
      <w:r>
        <w:t>Joseph, like I said, is a lesson in typology because the the entire ministry of Yeshua is revealed in in his life. And we're going to take a brief look at that. Many of the much of the stuff that we're going to look at is going to be very quick. Uh we're just going to, you know, point out certain things as we go along. But let's [clears throat] start here. From the Tower of Babel, Genesis steadily traces the passing of Yehovah's covenant through one generation to the next. Every stage, the promises of seed, land, and blessings are preserved, not by human strength, or natural order, but by Yehovah's choosing. Each patriarch, Abraham, Isaac, and Jacob, post flood patriarchs receives the same covenant promises. And we've seen that. We've looked at that in several of our studies. Yet, each household is marked by internal strain, showing that Yehovah advances his purposes through imperfect families while remaining faithful to his word.</w:t>
      </w:r>
    </w:p>
    <w:p>
      <w:r>
        <w:t>Genesis 37, where we're going to be starting this morning, marks a deliberate narrowing of this narrative. Having traced the growth of the covenant family into a nation from Abraham to Isaac and then to Jacob and the 12, the text now turns its focus to a single son, Joseph. This shift signals continuity within the Abrahamic covenant while revealing a change in how Yehovah will preserve and advance that covenant line. Rather than working through the collective strength of a family, the narrative introduces one divinely chosen individual through whom God's purposes will unfold. And this sets the stage for rejection. This is Joseph's rejection, suffering, and eventual exaltation. And there in lies the typology. You can see within that last sentence the similarities between Joseph and Yeshua in their rejection, suffering, and eventual exaltation. When we read the story of Joseph, we're not merely reading family history or moral instruction.</w:t>
      </w:r>
    </w:p>
    <w:p>
      <w:r>
        <w:t>Scripture represents Joseph as a prophetic pattern, a living type that points to Yeshua. His rejection by his brothers, his descent into suffering, and his eventual exaltation are not just isolated events. a shadow cast ahead of time and I remember as as a young believer first realizing this. It was really my first exposure to omens to foretelling to typology to see how the father had pretty much revealed the son in so many ways through the story of Joseph. So through Joseph, the text quietly reveals the ministry of Yeshua, showing us that God's chosen one is first rejected, then humbled, and only afterward raised up to preserve life and bring deliverance. So in this study, in this lesson, in our discussion this morning, I want you to look for the typology. And again, if you're new, what is typology? Typology is like an omen. It's a foretelling. It's something that happened in the past that is pointing us to the future.</w:t>
      </w:r>
    </w:p>
    <w:p>
      <w:r>
        <w:t>Where Joseph is a type, Christ is the anti-ype. Where Israel's baptism in the Red Sea or the crossing of the Red Sea is a type, baptism is the anti-ype. So that's the the idea behind typology.</w:t>
      </w:r>
    </w:p>
    <w:p>
      <w:pPr>
        <w:pStyle w:val="Heading1"/>
      </w:pPr>
      <w:r>
        <w:t>Chapter 2: Early life of Joseph</w:t>
      </w:r>
    </w:p>
    <w:p>
      <w:r>
        <w:t>And we'll start in Genesis 37. Jacob dwelt in the land where his father was a stranger. Now again as we're reading this blend number two look for typology. Jacob dwelt in the land where his father was a stranger in the land of Canaan. This is the history of Jacob. Joseph being 17 years old was feeding the flock with his brothers. And the lad was with the sons of Bilhah and the sons of Zilpah, his father's wives. And Joseph brought a bad report of them to his father. Now Israel loved Joseph more than all of his children because he was the son of his old age. And he made him a tunic of many colors. But when his brothers saw that their father loved him more than all his brothers, they hated him and could not speak peaceibly to him. So already do you see the typology? Glenn, did anything pop out to you?</w:t>
      </w:r>
    </w:p>
    <w:p>
      <w:r>
        <w:t>I see I see a lot of similarities and so but you know which one you're looking at I don't know. Well, let's start here. How about that one? Jacob dwelt in the land where his father was a stranger. That that could be said of the days when Yeshua first came, could it not? Scripture repeatedly presents a righteous son or a servant of God dwelling among his own people while the knowledge and practice of God has become foreign to them rendering the father effectively a stranger in his own land. And and that's really the theme that we see throughout scripture really starting with the pre flood patriarchs. There's a famous passage in the book of Genesis, I can't remember exactly its location at the moment that says it was that at this time that man began to call on the name of God. That is a incorrect translation.</w:t>
      </w:r>
    </w:p>
    <w:p>
      <w:r>
        <w:t>What the original Hebrew says is not that they were calling on the name of God but profaining the name of God. We can talk about that more in greater detail in a different lesson. But historically, when you see men or women of God being raised up for one purpose or another, they are almost always living in a place in a time when the true God, his ways, his laws are foreign. And this is how we start the story in Genesis 37. We see in John 1, Matthew 15, he came to his own and his own didn't receive him. Matthew 15 that they were worshiping but they were worshiping in vain because they were following the doctrines and commandments of men. So we could say that when Yeshua came, even though they were worshiping some form of what they believed to be their God, by this time in history, Judaism had such a grip on the people as Yeshua says himself.</w:t>
      </w:r>
    </w:p>
    <w:p>
      <w:r>
        <w:t>They weren't really worshiping at all, were they? If you're worshiping in vain, could you could it be said that you're worshiping at all? What were they worshiping? They were worshiping doctrines and commandments of men. So, uh, we're going to see this foretelling in reality in the story of Jacob or the story of Joseph rather, uh, in just about every chapter. Now, we're not going to read through every chapter. I I could have done a 10w week series on Joseph easily, but we can't do that. We're going to try and fit all into one lesson. So, it's going to be abbreviated. So this distance, this issue of Yeshua and Joseph or Jacob being in this land that really didn't know God where God was kind of a stranger to them had been the case since before their exile. We see in the book of Jeremiah, he says, "Your dwelling place is in the midst of deceit.</w:t>
      </w:r>
    </w:p>
    <w:p>
      <w:r>
        <w:t>Through deceit, they refused to know me, says the Lord." And this was right before they went into exile. So we can see it's been going on for a long time. And then we see this issue of be of a bad report being given to the father. How can we interpret that? Well, the bad report things aren't going well. We often ask the question, why did Yeshua come when he came? Why in that point in history did he come? Why didn't he come in 2025 for the first time? Well, there's a lot more to it than we have time to discuss in this brief lesson, but at this point in history, uh, things had gotten pretty bad. And now, we look at that, we go back to that and we go, "Wow, well, I don't know. I mean, things in 2025 seem to be a lot worse." Well, sort of. There's kind of a doover post crucifixion.</w:t>
      </w:r>
    </w:p>
    <w:p>
      <w:r>
        <w:t>Um, but this bad report had gotten back to Jacob about his sons and that's where the story starts. So already just by looking at these first opening verses, we can see the typology un unfolding as it pertains to Joseph and Yeshua. What about now? Israel loved Joseph more than all of his children. Where's the typology there? Well, Matthew 3:1 17, we see the father speaking and telling</w:t>
      </w:r>
    </w:p>
    <w:p>
      <w:pPr>
        <w:pStyle w:val="Heading1"/>
      </w:pPr>
      <w:r>
        <w:t>Chapter 3: Sent by the father</w:t>
      </w:r>
    </w:p>
    <w:p>
      <w:r>
        <w:t>the people, "This is my beloved son in whom I am well pleased." And in Isaiah 42, long before Yeshua came, behold my servant whom I uphold, my elect one in whom my soul delights. So we see the typology there. What about this tunic? Well, what was the purpose of this tunic and what do you think it pointed to? Do you have any thoughts on that, Glenn? Number two, considering that it was a tunic of many colors, it was given only to Joseph. What was the I think we know the purpose of a tunic, any tunic, right? But what does this point to in your thoughts, if anything? Yeah, it if it was a white tunic, I would say it points to righteousness, but it's many colors, so Yeah. different. Yeah. So the tunic is traditionally a long sleeve fulllength garment worn by persons of distinction. These type of tunics and not just your average laborers.</w:t>
      </w:r>
    </w:p>
    <w:p>
      <w:r>
        <w:t>It's a marker of sunship, of favor, and of rank. How do we know this? Well, this same phrase, this robe of many colors phrase only appears twice in scripture. And the second time it appears she is here in se 2 Samuel 13:18. Now she Tamar had on a robe of many colors. For the king's virgin daughters wore such apparel. So that gives us a little bit of insight into the nature of this tunic. The garment identifies royal sons and daughters. In Joseph's case, he was the son of promise. So, he wore this very specific garment. Why was it a garment of many colors? There's a lot of speculation as to the prophetic meaning of that. However, we do know that the reason that it was made up of many colors is because it was stitched together from garments of his predecessors, people who came before him, his father, his father's father, and that kind of stuff.</w:t>
      </w:r>
    </w:p>
    <w:p>
      <w:r>
        <w:t>That would be the nature of a of a multicolored tunic. What's the prophetic nature? Again, speculation. Some people think it's because of the promises given to Abraham, Jacob, Joseph, and Ephraim about their reach into the nations. Maybe that's true. The scripture actually doesn't say that specifically, so it would be a guess on our part. Nonetheless, either way, he was sent by the father. Genesis 37:12-17. Then his brothers went to feed their father's flock in Shechem. And Israel said to Joseph, "Are not your brothers feeding the flock in Shechem? Come, I will send you to them." Again, typology. So he said to them, "Here I am." Then he said to him, "Please go and see if it's well with your brothers and well with the flocks and bring back word to me." So he sent him out of the valley of Hebron, and he went to Shechem. Now a certain man found him, and there he was wandering in the field.</w:t>
      </w:r>
    </w:p>
    <w:p>
      <w:r>
        <w:t>And the man asked him, saying, "What what are you looking for? What are you seeking?" So he said, "I'm seeking my brothers. Please tell me where they're feeding their flocks." And the man said, "They have departed from here, for I have heard them say, let us go to Dothan." So Joseph went after his brothers and found them in Dothan. So here the typology with Joseph in Genesis 37 was in blue that that he was sent to the brothers that he went seeking the brothers. In John speaking about Yeshua, if I bear witness of myself, my witness is not true. There is another who bears witness of me and I know that the witness with which she witness of me is true. We have sent to John, and he has borne witness to the truth. Yet I don't receive testimony from man. But I say these things that you may be saved.</w:t>
      </w:r>
    </w:p>
    <w:p>
      <w:r>
        <w:t>He was the burning and shining lamp, and you were willing for a time to rejoice in his light. But I have a greater witness than John's. For the works which the father has given me to finish the very works that I do bear witness of me, that the father has sent me. So, here we see both Joseph and Yeshua being sent by the father. And again, like I said,</w:t>
      </w:r>
    </w:p>
    <w:p>
      <w:pPr>
        <w:pStyle w:val="Heading1"/>
      </w:pPr>
      <w:r>
        <w:t>Chapter 4: Rejection and betrayal</w:t>
      </w:r>
    </w:p>
    <w:p>
      <w:r>
        <w:t>we're going to go through some of these things quickly because there's just too many of them. They were both plotted against for death in Genesis 37. Now, when they saw him far off, even before he came near them, they conspired against him to kill him. And they said to one another, "Look, this dreamer is coming. And come therefore, let us now kill him. Can you imagine your brothers saying this about you? Let's kill him and cast him into some pit and we'll just say that some wild beast has devoured him. We shall see what become of his dreams. Why were they doing this? If you remember the story, Joseph was having dreams. Blood number two, when you go to bed at night, can you control your dreams? [music] Wish I could. No, you can't. We can't. None of us can control our dreams. Now, we know from the story that Joseph's dreams were not just any dreams. They were prophetic.</w:t>
      </w:r>
    </w:p>
    <w:p>
      <w:r>
        <w:t>But he had no control over them and he shared them with his family. And the family was offended and they didn't like the dreams even though Joseph had no control over them. And as a result, they wanted to kill him. We'll see now what becomes of his dreams. Well, what about Yeshua? Matthew 12. He said to the man, "Stretch out your hand." And he stretched it out and was restored as whole as the other. Then the Pharisees went out and plotted against him how they might destroy him. So we can see in both the type and the antitype, Joseph and Yeshua, that both had people plotting against them to have them killed. Both were stripped of their garments. We know the story. Genesis 37, Reuben heard it. He heard that they were planning on killing him and he delivered him out of their hands and said, "Let's not do that. Let's not kill him.</w:t>
      </w:r>
    </w:p>
    <w:p>
      <w:r>
        <w:t>And Ruben said to them, "Shed no blood, but cast him into this pit which is in the wilderness, and don't lay a hand on him, that he might deliver him out of their hands and bring him back to his father." So it came to pass, and Joseph had come to his brothers that they stripped Joseph of this tunic, a tunic of many colors that was on him. And they took him and cast him into the pit. The pit was empty and there was no water in it. [clears throat] Well, again, we know the story. Matthew 27, the soldiers stripped Yeshua and put a scarlet robe on him. So, both of them had this stripping of the garment. They were both sold for silver. In Genesis 37, we see that Judah said to his brothers, "What profit is there if we kill our brother and conceal his blood?</w:t>
      </w:r>
    </w:p>
    <w:p>
      <w:r>
        <w:t>Come, let us sell him to the Ishelites, and let not our hand be upon him, for he is our brother in our flesh." And his brothers listened. Then Midionite traders passed by. And so the brothers pulled Joseph up and lift him out of the pit and sold him to the Ishelites for 20 shekels of silver. We know in Matthew 26 that Yeshua was sold out with 30 pieces of silver. So both of them were sold for silver.</w:t>
      </w:r>
    </w:p>
    <w:p>
      <w:pPr>
        <w:pStyle w:val="Heading1"/>
      </w:pPr>
      <w:r>
        <w:t>Chapter 5: False accusation and prison</w:t>
      </w:r>
    </w:p>
    <w:p>
      <w:r>
        <w:t>What about being falsely accused? Genesis 39. Came to pass after these things that his master's wife cast longing eyes on Joseph. What is a longing eye? Glenn number two. It's like a flirty look. It's like, hey, cutiepie. I guess she said, "Lie with me." But he refused and said to his master's wife, "Look, my master does not know what is with me in the house." And he has committed all that he has to my hand. There is no one greater in this house than I. Nor has he kept back anything from me but you because you are his wife. How then can I do this great wickedness and sin against God? I highlighted that verse because it shows in Joseph's mind that he that he understood that to sin against Potiphar uh was obviously a big deal but sinning against God was ultimately the biggest deal.</w:t>
      </w:r>
    </w:p>
    <w:p>
      <w:r>
        <w:t>He understood that this was something that uh obviously the father would not be pleased with and his concern was with that. And that that's a lesson for us sometimes. Sometimes we do what we do or don't do what we don't do out of respect for or love for our loved ones. And that's good. But ultimately we have to remember that anytime that we sin, anytime that we uh violate a law, a statute, an ordinance of the fathers, it's ultimately a sin against him. So it was that she spoke to Joseph day by day. So she was hitting him up all the time and he did not heed her to lie with her or be with her.</w:t>
      </w:r>
    </w:p>
    <w:p>
      <w:r>
        <w:t>But it happened about this time when Joseph went into the house to do his work and none of the men of the house was inside that she caught him by his garment saying, "Lie with me." But he left his garment in her hand and fled and ran outside. That's how you deal with that type of tempt temp temptation. Sometimes you just get out. And she caught him by his garment saying, "Lie with me. She he left ran outside. And so it was when she saw that he had left his garment in her hand and fled outside. And she called to the men of her house and spoke to them, saying, "See, he has brought in to us a Hebrew to mock us. She came to me to lie with me." And I cried out with a loud voice. And it happened when he heard that I lifted my voice and cried out.</w:t>
      </w:r>
    </w:p>
    <w:p>
      <w:r>
        <w:t>And he left his garment with me and fled and went outside. So she kept his garment with her until his master came home. So now she's turning the tables on him and claiming that he basically tried to rape her. And she spoke to him with words like these, saying, "The Hebrew servant whom you brought us came into me to mock me. And so what happened as I lifted my voice and cried out and he left his garment with me and fled outside. So it was when his master heard those words which his wife spoke to him, saying, "Your servant did to me after this manner that his anger was roused." Then Joseph's master took him, put him into prison, a place where the king's prisoners were confined, and he was there in prison. Well, again, we know in Matthew 26 that those who had laid hold of Yeshua, Jesus, led him away to Caiaphas, the high priest.</w:t>
      </w:r>
    </w:p>
    <w:p>
      <w:r>
        <w:t>So, both of them were falsely accused of sin basically. But I wanted to ask a question. I wanted to stop here for a moment and just kind of make this personal for us.</w:t>
      </w:r>
    </w:p>
    <w:p>
      <w:pPr>
        <w:pStyle w:val="Heading1"/>
      </w:pPr>
      <w:r>
        <w:t>Chapter 6: Responding to suffering</w:t>
      </w:r>
    </w:p>
    <w:p>
      <w:r>
        <w:t>Up to this point, Joseph has been rejected by his brothers, rebuked by his dad for his dreams that he had no control over, stripped of his tunic, a symbol of his father's favor, cast into a pit, sold to strangers for silver, taken to Egypt, subjected to persistent sexual temptation. by his master's wife, took a stand on righteousness in response to that temptation and still was falsely accused of attempted rape and finally imprisoned without trial or defense. We can read that story and go, "Wow, that's that's pretty bad." But consider who we're talking about here. Consider Joseph. a young man of 17 doing his best to live a life that honors not only the father but his direct father being Jacob. when it seemingly out of nowhere these things begin to happen to him to the point to where he ends up in prison in a far away city where he knew nobody falsely accused alone.</w:t>
      </w:r>
    </w:p>
    <w:p>
      <w:r>
        <w:t>The question I ask is where would your head be right now as a believer if these type of things have happened to you? And I say that kind of facicitiously because I know all of us could probably share that these things have happened to us in one degree or another. And think back during that time and ask yourself then or maybe ask yourself now where would your head be? Where was your head then? What would your attitude be about God right now? Where do you think Joseph's heart and mind was right now? Was he feeling abandoned? Was he feeling that it was a waste of time doing what was right? If all I get is this treatment, if all I ultimately receive is being cast into a prison, we could probably all share stories like that. in our life. But I want us to take a moment and have some</w:t>
      </w:r>
    </w:p>
    <w:p>
      <w:pPr>
        <w:pStyle w:val="Heading1"/>
      </w:pPr>
      <w:r>
        <w:t>Chapter 7: The purpose of trials</w:t>
      </w:r>
    </w:p>
    <w:p>
      <w:r>
        <w:t>personal reflection. Pain and suffering are most often the moments when people conclude that God is absent, silent, or uninvolved. We did a lesson about some of this some weeks ago, I think, when we're talking about fear. But it's these type of moments in our life when all of us are tempted to conclude, to feel, to speculate, to wonder if the God that I serve is even paying attention or he's uninvolved in my life. Yet, scripture repeatedly shows that the opposite is actually true. It is precisely in seasons of rejection, loss, and unjust suffering that God is most actively at work quietly accomplishing purposes that cannot be seen in the moment and cannot be achieved apart from the very suffering we are tempted to interpret as his absence. Let's read that again. He is most actively at work quietly accomplishing things, purposes, goals that we can't understand in the moment. But one thing is for certain.</w:t>
      </w:r>
    </w:p>
    <w:p>
      <w:r>
        <w:t>Whatever those goals are, they cannot be achieved apart from the very suffering that we are experiencing and tempted to interpret as his absence. Do you see the irony in that statement? This is certainly powerful in the case of Joseph because when we get to the end of the story, you're going to see how that unwraps. But I want to say this to us, to anybody who is watching, listening, when you are there, when you are here in this moment going through these types of things in your life, I want you to remember this. This is just a handful of the men and women of God throughout scripture. I could have taken up two whole slides with these names, but I just picked a few to show you that these men, these women that we look to and are encouraged by their life and their faith, just take a moment and look at the screen.</w:t>
      </w:r>
    </w:p>
    <w:p>
      <w:r>
        <w:t>I'm not going to go through every single one of them, but you can see that all of them experienced pain, death, social shame, famine, poverty, betrayal, shipwrecks, imprisonment, persecution, death. All while serving him. And they like Joseph could [snorts] have been, may have been, in some cases were tempted to have this where is God mentality. Why is he letting this happen? There's so many more of them in scripture. In fact, every man or woman of faith in the scripture, every single one has had to deal with hardships, troubles, and loss, even to the point of death. And sometimes the difference between us and them is as small as perspective. What do I mean by that? Let me just say Tim, you're you're still with us, right? You're taking David's place this morning. Let me pose that question to you and Glenn number two, if you want to if you have a thought.</w:t>
      </w:r>
    </w:p>
    <w:p>
      <w:r>
        <w:t>In every in every man or woman of God that we see in scripture, all of them had to deal with all these things, hardships, troubles, death. And sometimes the difference between us and them is the smallest perspective. What do you think I mean by that? You have any thoughts, Tim? I mean, it says the first thing that comes to mind is, you know, Philippians 1:29, it says it's been appointed to us to not just only believe, but to suffer for his name. I mean, God expects he's going to test our faith. That that pattern is very clear in scripture. That to see what gold and silver remains. So, um, these are just my initial initial thoughts that, um, in fact, in fact, it says if you're not going through a hardship, then you're not a true child of God. As well, um, as to the why, um, I'm not sure beyond that. Okay.</w:t>
      </w:r>
    </w:p>
    <w:p>
      <w:r>
        <w:t>So, the difference between us and them is as small as as perspective, and I'm supposed to know what you're thinking. [laughter] I don't. What is perspective? How would you define perspective? It's it's the your point of view. Yeah. It could it is it safe to say that your perspective in this matter is different than Joyy's perspective in this matter? Yes. Our perspectives are moldable. Our perspectives change. It's how you see what's happening. Yes. Okay. Right. And sometimes the difference between how we can respond to these things and how we see Joseph responding to them is the difference in that perspective. What I what do I mean by that? Well, let's look at this. Genesis 45. This is Joseph speaking. Now, brothers, do not therefore be grieved or angry with yourselves because you sold me here. for God sent me. Okay, stop.</w:t>
      </w:r>
    </w:p>
    <w:p>
      <w:r>
        <w:t>Does this mean to tell me that during everything that was going down with him being cast into the pit and sold to to to slavery, taken to Egypt and thrown in prison? Do you think during that time he was always thinking, "Well, this is just God sending me." No. No, he couldn't have unless he's superhuman. But now on the other side of it, he's able to say with faith that God sent me before you to preserve life. For these two years, the famine has been in the land, and there are still five years in which there will be neither plowing nor harvesting. God sent me before you to preserve a posterity for you in the earth, and to save your lives by great deliverance. So now it was not you who sent me here but God.</w:t>
      </w:r>
    </w:p>
    <w:p>
      <w:r>
        <w:t>So on the other side of this, Joseph has the faith, the understanding, and the wisdom to look back to say to himself, "Oh, now I know. Now I know why everything happened the way that it happened." So because we can see this pattern in scripture then let me ask another question. How should this change our perspective when we end up in Joseph's situation where these terrible things seem to happen one after the other after the other. It would it be wise of us being mature, seasoned disciples of Yeshua that we are to take a breath and to step back and remind ourselves that whatever we're going through now, whatever it is that we're dealing with, whatever pain we're experiencing, the day is coming when we'll see it more clearly.</w:t>
      </w:r>
    </w:p>
    <w:p>
      <w:pPr>
        <w:pStyle w:val="Heading1"/>
      </w:pPr>
      <w:r>
        <w:t>Chapter 8: Exaltation and salvation</w:t>
      </w:r>
    </w:p>
    <w:p>
      <w:r>
        <w:t>Okay, so Joseph, the prophetic pattern of Messiah re and we're going to go again quickly through some of this until we get to the last slide, which we're we're moving pretty fast. We'll have some great discussion. He was rejected by his brothers at his first appearance. Was rejected to the pit. They were both exalted among the nations while Israel was unaware. What does that mean? Well, in Genesis 41, we see that Pharaoh lifted him up. He had sent him over the entire land of Egypt. What was happening with Israel during this time? Well, they were back in the land. They had communicated to Jacob that Joseph was dead. They were carrying on with life and this son of theirs was exalt exalted among the nations while Israel was unaware. Okay. Again, typology. We see that Yeshua, like Joseph, had been put in charge of everything. Joseph was put over all the land of Egypt.</w:t>
      </w:r>
    </w:p>
    <w:p>
      <w:r>
        <w:t>Yeshua was put in charge of everything else. The rest of the world and universe. All this happening under Israel's nose. They had no idea. So, we can see the similarities. Salvation came to the nations first. Genesis 41, all the countries came to Joseph in Egypt to buy grain. There was a famine. Salvation came to the nations first. And we see in Acts 13, it was necessary that the word of God should be spoken to you first. But since you reject it and judge yourselves unworthy of everlasting life, behold, we turn to the Gentiles. So again, we see the same theme between Joseph and Yeshua. The brothers do not recognize him until the second encounter in Genesis 42. Joseph recognized his brothers, but they did not recognize him. Why didn't they recognize him? Well, look at the image on the slide on the left. When you're made a governor of all of Egypt, they make you all pretty and Egyptian-like.</w:t>
      </w:r>
    </w:p>
    <w:p>
      <w:r>
        <w:t>He had makeup on. He had one of those headdresses on, no doubt. He was covered in adornment, Egyptian adornment. He looked Egyptian. The brothers didn't recognize him, even though Joseph recognized them. The same could be said of Yeshua. that Israel is blinded to this very day. They still don't know who he is. So this theme continues</w:t>
      </w:r>
    </w:p>
    <w:p>
      <w:pPr>
        <w:pStyle w:val="Heading1"/>
      </w:pPr>
      <w:r>
        <w:t>Chapter 9: The time of recognition</w:t>
      </w:r>
    </w:p>
    <w:p>
      <w:r>
        <w:t>rec and here's what I want to camp out a little bit. Recognition comes in a time of distress in Genesis 42. It says indeed I have heard that there is grain in Egypt. Go down to that place and and buy for us there. This is Jacob speaking to his sons. that we may live and not die. So famine drove Israel, Jacob to Joseph in Egypt. So recognition comes in a time of distress. Think of the timing here in Jeremiah 30. Alas, that day is great, so that none is like it. It is the time of Jacob's trouble, but he shall be saved out of it. This is talking about the tribulation. Jacob's trouble is another word for the tribulation. Saying that Jacob will be saved out of it. The tribulation will cause Israel to look for this savior. Do you think the people of Israel know about this verse? Yes. Do they know about Jacob's trouble that's coming? This tribulation?</w:t>
      </w:r>
    </w:p>
    <w:p>
      <w:r>
        <w:t>Yes. It's not a Christian teaching. This is Jeremiah after all. They know this verse. They know that tribulation is coming. And they know at some point they're supposed to be looking for this savior that's going to save them out of it. Okay. Matthew 22, Yeshua says, "Unless those days, the days of the tribulation were shortened, no flesh would be saved. But for the elect's sake, those days will be shortened." What does that mean? That means well I mean it depends on your prophetic outlook but in that's okay in general it means that um if Christ didn't step in then humanity would destroy itself and no man would be saved alive. Is it humanity that destroys himself or is it the tribulation the things that are going on in the world that destroys everything? Okay, it doesn't happen. So, it's hard to say which, but e either way, no one no flesh will be saved. Yeah.</w:t>
      </w:r>
    </w:p>
    <w:p>
      <w:r>
        <w:t>If it wasn't if it didn't happen, no flesh would be saved. But when you look at all the nations that surround Israel are ganging up on Israel, and you know, at the last second, Christ comes down and intervenes. Uhhuh. Then, you know, that's that's what's going to happen. We know that. But for the elect's sake, those days will be shortened. So, we c we've got to uh can we've got to look at Jeremiah 30 and Matthew 24 kind of together because Jeremiah says that because of or during Jacob's trouble, during the tribulation, they will be saved out of it. And then Yeshua comes along and says that the tribulation will be shortened due to the elect. Now, if you're if you're you've been in this group for any length of time or you've studied your Bible for any length of time, you know that the word elect is reserved only for the people of Israel, both natural and grafted in.</w:t>
      </w:r>
    </w:p>
    <w:p>
      <w:r>
        <w:t>That term is reserved for nobody else in scripture. So, when he says that this the tribulation is somehow shortened due to the elect's sake, then something has to have happened. At some point, something changed to cause Yeshua to withhold the duration of the tribulation. Well, when does all of this happen and how what are the mechanics that it happens?</w:t>
      </w:r>
    </w:p>
    <w:p>
      <w:pPr>
        <w:pStyle w:val="Heading1"/>
      </w:pPr>
      <w:r>
        <w:t>Chapter 10: Revelation of the brother</w:t>
      </w:r>
    </w:p>
    <w:p>
      <w:r>
        <w:t>It happens when the truth is finally revealed. Again, let's look at the typology. Genesis 45. Joseph could not restrain himself before all those who stood by him. And he cried out, "Make everyone go out from me." So no one stood with him while Joseph made himself known to his brothers. And he wept aloud, and the Egyptians and the house of Pharaoh heard it. Then Joseph said to his brothers, "I am Joseph. Does my father still live?" But his brothers couldn't answer him because they were dismayed in his presence. They couldn't believe it. Joseph said to his brothers, "Please come near me." So they came near. Then he said, "I am Joseph, your brother, whom you sold into Egypt. But now do not therefore be grieved or angry with yourselves because you sold me here. For God sent me before you to preserve life." And then we read the rest of that story that we just read a second ago.</w:t>
      </w:r>
    </w:p>
    <w:p>
      <w:r>
        <w:t>It was not you who sent me here, but God. And he made me a father to Pharaoh, the lord of all of his house and the ruler throughout all of the land of Egypt. So there's this moment in Joseph's life where he reveals himself where the truth is revealed and they see for the first time that this Zaphnath-Paaneah character is actually their brother and that was Joseph's name in Egypt, Zaphnath-Paaneah. And they realize for the first time who he truly is. Well, how does that unfold prophetically? In Matthew 23, Yeshua is talking to the Pharisees. That's where we see the seven woes. Woe to you Pharisees. And he pretty much rebukes them. Well, at the very end of the speech, he says this, "Jerusalem, Jerusalem, the one who kills the prophets and stones those who sent to her.</w:t>
      </w:r>
    </w:p>
    <w:p>
      <w:r>
        <w:t>How often I wanted to gather your children together as a hen gathers her chicks under her wings, but you were not willing. See, your house is left to you desolate. For I say to you, you shall see me no more till you say, blessed is he who comes in the name of the Lord. It's very interesting. A few things very interesting about this verse is this is the first time that he calls the temple their house. Up until now, he was calling it my house. Here is the first time he calls it their house. and it's being left to them desolate because of their lawless ways. And then he says at the end, you shall see me no more until you say, blessed is he who comes in the name of the Lord. Who was the you? Well, we've already mentioned it. It was the Pharisees, the Sadducees, the leadership of Israel.</w:t>
      </w:r>
    </w:p>
    <w:p>
      <w:r>
        <w:t>Many people look to this verse and they go, "Well, that happened the same day." Because as he walked into the temple, all the people were saying, "Blessed is he who comes in the name of the Lord." No, that's different. He was telling them blessed. He was until you won't see me anymore until you the leadership of Israel says blessed is he who comes in the name of the Lord. When does that happen? It does happen prophetically in Zechariah 12. I will pour on the house of David on the inhabitants of Jerusalem the spirit of grace and supplication and they will look on me whom they pierced and they will mourn for him as one mourns for his only son and grieve him as one grieavves for firstborn. In that day there shall be great mourning in Jerusalem like the mourning at Hadad Ramon in the plain of Megiddo. And the land shall mourn every family by itself.</w:t>
      </w:r>
    </w:p>
    <w:p>
      <w:r>
        <w:t>So a couple of things to note here. Zechariah is saying when you see Yeshua, when will they see Yeshua? when he comes out of the sky, you're going to look on me whom you pierced and you will mourn like you did in the days of Josiah. So there's going to be some type of shift, some type of change. The morning of Fad Ramon is the plain of Megiddo refers to the national lament over the death of King Josiah, the last righteous king of Judah. His death marked the collapse of covenantal hope as he was the final reformer who upheld Torah and restored proper worship. The grief was unparalleled because the nation realized that with Josiah's death, judgment and exile were inevitable. And that's exactly what happened. Zechariah uses this historical morning to describe a future equally profound lament in Jerusalem. That future mourning will arise for realization when Israel recognizes the significance of the one they rejected.</w:t>
      </w:r>
    </w:p>
    <w:p>
      <w:r>
        <w:t>As with Josiah, the grief is not merely emotional but covenantal, flowing from the awareness of irreversible loss and leading to repentance and the national awakening. Hosea puts it this way. I will return again to my place. This is God speaking. Until they acknowledge their offense. Then they will seek my face in their affliction. They will earnestly seek me. So we go back to the verse in Matthew 27 and tie this all together. Just like the story of Joseph, there was a moment where they realized who their brother was. They realized who Zaphnath-Paaneah was. They realized that this king who now reigns over them was the same son that they rejected and they cast into the pit. That story is how everything will unfold at the second coming. What causes the tribulation to be cut short? It's Israel's realization. It's them crying for uncle really. And I don't know the mechanics exactly the logistics of how that's going to unfold.</w:t>
      </w:r>
    </w:p>
    <w:p>
      <w:r>
        <w:t>It's going to be the spirit that's poured out as Zechariah says here upon them that they realize, "Oh my gosh, this person that we murdered 2,000 years ago is actually the one who's coming out of the sky." and they're going to mourn and they're going to weep just as the brothers did in Joseph's story. So, this story has a great deal of typology. So much so</w:t>
      </w:r>
    </w:p>
    <w:p>
      <w:pPr>
        <w:pStyle w:val="Heading1"/>
      </w:pPr>
      <w:r>
        <w:t>Chapter 11: Discussion and fellowship</w:t>
      </w:r>
    </w:p>
    <w:p>
      <w:r>
        <w:t>that I could have spent days on it. I didn't want to spend days on it. I wanted to briefly go through it in order for us to look at Joseph's suffering, his perspective through the suffering and what we could learn from that. And then secondly, the prophetic nature of Joseph's story. Uh Joseph, the book of the book of the story of Joseph is one of those stories kind of like Job where you could literally camp on it for weeks and just pick out little things here and there. I didn't think we had the time to do that. Um, I just wanted to try to compact everything in so I recognize that this isn't the fullest, most documented, detailed lesson on the story of Joseph. Uh, but nonetheless, I'll stop talking. Ask, get your questions answered if you have them. Uh, your comments, your questions, your rebukes, all of them. I accept them all. Luke has his hand raised.</w:t>
      </w:r>
    </w:p>
    <w:p>
      <w:r>
        <w:t>Go ahead, Luke. I love I love the story of Joseph and it the typology there. It's it's unmistakable. And uh what a lot of people don't realize is that the Jews were expecting two messiahs to come. One was Ben Yosef uh son of Joseph, the suffering servant, and the other is Ben David, son of David, the conquering king. And what most Jews can't wrap their head around is that both were filled by one entity, Yeshua. So, I just wanted to throw that out there. Thank you. Amen. That's very true. Very true. Uh, Super Samuel. Shabbat shalom. Shalom, brother. Exceptional um teaching, brother Ed. um to which I would say low come in the volume of the book.</w:t>
      </w:r>
    </w:p>
    <w:p>
      <w:r>
        <w:t>So I think that pretty much sums it up because yes ultimately these are typologies that all point to Messiah and it not only just points to Messiah but it also points to Messiah as being the living Torah because when you were recounting what happened with um Joseph when he was serving Potiphar. What I take note of is the fact that the Torah against adultery is showed or displayed clearly within the context of that story. how he denied himself and how he did not subject himself to lust and temptation. And we see a parallel with that with respect to what happened with Yeshua in the desert um on the wilderness and not yielding to temptation from high satan. So you see it's the the the book of of beer of Genesis is replete with Torah before it reaches the ears and the tablets that were delivered to Moshe.</w:t>
      </w:r>
    </w:p>
    <w:p>
      <w:r>
        <w:t>Um and and Joseph is a is a wonderful illustration of of how this bears out. But that's all that I had to share and thank you again for this wonderful lesson. Shabbat shalom. Amen brother. Thank you as always. Okay. Anybody else questions or thoughts on Joseph? Or maybe you have some questions or thoughts on the no the Noatic laws or the Noahide laws that we're going to be talking about next week. Yeah, I was just looking at earlier with going through Joseph and his coach. Uh I thought found it interesting that a potential similar parallel is the word study on his code of many colors. uh when you dig deeper into that, it's actually a long sleeve stripe uh likely was more. And so I thought that was kind of interesting that before he was handed over uh into slavery, he was covered in stripes. Amen.</w:t>
      </w:r>
    </w:p>
    <w:p>
      <w:r>
        <w:t>Uh maybe uh if somebody wants to share, Amy, while you're sharing, I'm going to mute myself and hopefully that will will help. So Amy, go ahead and share. Okay. So, I have a question regarding how um do you know that you're you're dealing with a persecution that's actually a godly persecution? Like so many people think, "Oh, I had a flat tire today. That was persecution." Or, "I was, you know, treated unfairly at a restaurant. That was persecution." Do you see what I'm saying? Well, I don't I don't know that I would call that persecution. Um, however, there have been times in my life when I've had an unexpected um, automobile issue, a flat tire or something like that, and was just frustrated and angry that it happened and had to go through all this stuff only to learn that a couple miles down the road there was this massive accident, you know, where several cars cars were involved.</w:t>
      </w:r>
    </w:p>
    <w:p>
      <w:r>
        <w:t>And I I thought to myself, huh, I wonder if that was the father, you know, protecting me from being a part of that. Maybe, maybe so, maybe not. I don't know. I'm not saying that every little thing in our life happens at his hand. But I think we need to have enough faith to consider that the things that are going on in our life, good and bad, are happening for our good ultimately. Now Yeshua himself said in this life you will have troubles. Well, what is he saying? He's basically saying that this life is trouble for everybody. And I don't think that as believers, we're all together free from time and chance. So, we're going to deal with troubles, but the faithful person considers different reasons behind them and and looks for the lessons that are to be learned because of them. Does that make sense, Amy? Yes, it does.</w:t>
      </w:r>
    </w:p>
    <w:p>
      <w:r>
        <w:t>I just I guess part of my question is because I have too many Christian friends that just constantly are like sharing that this or that or whatever is persecution and I'm like is it really or is it always the devil that you know that's causing these things because I don't see it that way. Oh well gosh. Um, if you haven't watched my lesson, my two-part series on know thy enemy, uh, I make that point specifically because of the situation that you're explaining as in the Christian world, and I include myself in in that years ago before I had my awakening, everything that happened that was bad was Satan. Right. And at some point as a believer, I realized that no, Satan doesn't really care about me. Not really.</w:t>
      </w:r>
    </w:p>
    <w:p>
      <w:r>
        <w:t>He's he is the the grand general in a huge battle and he doesn't care about causing Ed to lust or Ed to tell a lie or Ed to have a moment of pride. He's not there trying to get me to trip up on my honesty every day. There are there demonic forces. Yes. But I guarantee you, Satan doesn't give a rip about Ed Doss. Ultimately, he's got a much bigger battle to wage and he knows it's coming. Um, most of the time it's my own sin. It's my own willful sin and the decisions that I make that cause these things that I blame Satan for. I go into that in that lesson. So, it might it might be good for you to watch that, but I don't want to be the only person answering this question. If somebody else has their hand up because they want to share something in this regard. Yeah, be my guest. I'd like to.</w:t>
      </w:r>
    </w:p>
    <w:p>
      <w:r>
        <w:t>Persecution is a direct result of your faith. um you sharing your faith with somebody, you uh exhibiting your faith in some way and then being persecuted, then being come after for it. Persecution doesn't have to do with flat tires or you know that the bad things that happen to us in life. That is a completely separate issue. Um those I believe are tests mostly. Uh again like Job, strip everything away from him, see how he responds. Um I don't know if that's directly Satan, but his minions, the way he's got the world set up against us, you know. Anyway, but persecution is something that is directly related to our faith. Amen. Thank you. Go ahead, Daria.</w:t>
      </w:r>
    </w:p>
    <w:p>
      <w:r>
        <w:t>I want to share something. u uh what just Amy said I don't uh call it like a persecution but now when I am like I am praying to to my father you know to purify me and just to clean my heart then uh then I discovered that what actually started to happen is that there were people who were actually like being not nice to me like you know very rude sometimes or just something that uh you know that uh by my nature I would normally respond to to these people back the same way as they you know as they were talking to me but what I've learned is that God wants to show me that I need to respond with the peace you know and not to not to have the same worldly mood at as as they have.</w:t>
      </w:r>
    </w:p>
    <w:p>
      <w:r>
        <w:t>So few times I have like you know he sent me first then I failed then the second one the third one but and until I have learned to bless these people and not to be like angry you know uh I usually responded when I was very annoyed inside me. Uh but now uh when somebody is like insulting me or saying something nasty to me or doing bad things to me then I just uh smile to myself. I and I said and it it had has to come from the bottom of my heart and I said God bless you. God bless you. That's that's where I am now in the in this uh process of of learning. When people are nasty to me, I I am responding to them with blessing and with peace. That's what I want. Amen. Well, that's good, sister. That's good. Good advice. Thank you.</w:t>
      </w:r>
    </w:p>
    <w:p>
      <w:r>
        <w:t>Listen, I want to hear from David Merrill, but and then Samuel, but I I wanted to jump down here first. Where did you go? Did you leave already? Oh, it looks like they left. Oh, no, they didn't leave. Jeff, yeah, Jeff's got his hand up. Jeff and Bri, you said something in the chat, which I don't normally see, but it popped up for me. You got something to say. If you guys are feverishly typing away in chat and not talking, we're defeating the purpose here. So, I want you guys to, you know, if you got something to say, say it here in the group so everyone can hear it because I don't see chat. So, let's have Jeff and Bri go first and then we'll have David, then Samuel. Shabbat shalom, everyone. Good point. Uh, Ed, I'm sorry. I will I'll try to make sure to speak up a little bit more when I have something on my heart.</w:t>
      </w:r>
    </w:p>
    <w:p>
      <w:r>
        <w:t>I just wanted to respond to the uh the thing a little bit about persecution. I'm finding on my walk that self-reflection is just so important because I I notice that, you know, I look at it like this. when somebody's treating me unkindly or just being nasty and you know I'm doing everything I'm supposed to be doing. Um I have to look at it like it helps me have more compassion when I look at it like people's behaviors are generally a direct reflection of what their relationship with the father looks like. And that's true for me.</w:t>
      </w:r>
    </w:p>
    <w:p>
      <w:r>
        <w:t>So I look at myself and I'm like, "Oh man, if I'm responding a certain way that's not in alignment with the father's word, then it's like I have to check myself, you know, go to the father and check myself." So it it lets me have more compassion because when people act like that, generally it's a a heart issue with them that they have to make right with the father. And so it helps me to not take it personally when I keep that in the back of my mind because I have to check myself too, you know. Um that's all I wanted to share. Thank you. Well, amen. Thank you. I appreciate that, sister. Okay, David. Yeah. Hey, shalom.</w:t>
      </w:r>
    </w:p>
    <w:p>
      <w:r>
        <w:t>Um, one of the things that I think about a lot is that um, as far as like persecution goes and just everyday life that we see like asking about the flat tire and all this is in our lives, I've noticed, you know, just this is a system that has been built to um, kind of convenience us into turning away and to I I read uh, Deuteronomy 8, you know, where he says like one day your bellies will be full. you'll have the gold and silver and all of this and the clothing and then you're going to turn your face from Yahweh. And I think that this entire system is built to do exactly that to us. All of these comforts and everything, you know, are used against us in a sense. And so I just feel like um most of the things that happen in our everyday life once you see and start understanding are used to glorify the father.</w:t>
      </w:r>
    </w:p>
    <w:p>
      <w:r>
        <w:t>I've noticed just in our lives that sometimes things just get taken away and it seemed bad at the time just like you went over with the Joseph thing. But once we learn to live without those things, we are brought closer to Yahweh and and it's just yeah, I look at it as more of a system that's built and and as far as like the regular Christian church goes, you know, these people are deceived and we do need to show compassion, but it's this system that has been built that has deceived them. And um one way, shape, or form, it's going to glorify Yahweh when we get to that point that you were bringing up, Ed, about, you know, the tribulation or whatever it is that's going to happen. People are going to realize that they can't make it here without him. In our everyday life, we see small little, you know, cyclicals of this in a much bigger picture.</w:t>
      </w:r>
    </w:p>
    <w:p>
      <w:r>
        <w:t>Um yeah, and that's it. Amen. Thank you, David. Appreciate you. Uh Samuel, I think the the key thing to to remember that this this reality is not our rest. And what we tend to do is we weaponize the blessings that Yehovah provides us, the mercy that he shows us, and a lot of the modern conveniences that we become accustomed to blind us to the fact that there's more to this existence than getting to work, making a living, providing for family, having a ball every day, and have everything go our way. Yes, there is blessing that comes with obeying the father, being in full submission to Messiah, but the test and trials will come.</w:t>
      </w:r>
    </w:p>
    <w:p>
      <w:r>
        <w:t>And I think, you know, reflecting on the lesson that that brother Ed was was speaking to um that he delivered um about 3 weeks ago, um David has said something I think that was very poignant in terms of what the suffering does for us and what it's telling us. Because sometimes it's a matter of purification. It is a matter of um setting us right when we when we veer off the path, when we allow our carnal selves become too ingratiated uh in friends of this world. Um sometimes it's not persecution, but it's just let's see how you react to this trial.</w:t>
      </w:r>
    </w:p>
    <w:p>
      <w:r>
        <w:t>Let's see whether or not you actually learn something. whether or not you have developed just as Daria pointed out sometimes it's just as simple as that is to see what you're going to do and how you're going to react if you want to see persecution just look around the world and see what's happening to people who profess Messiah as Lord and Savior real persecution is happening and make no mistake about it real persecution is coming for every believer but we're not really experiencing that right now but it's coming. And so if it's hard for you to deal with a flat tire or a broken refrigerator or, you know, some incon some some inconvenience that we may have here or there, you going to have to steal yourself for what's coming. Um, but for the most part, yeah, suffering is a part of the package. And a lot of that is for purification, and a lot of that is for training.</w:t>
      </w:r>
    </w:p>
    <w:p>
      <w:r>
        <w:t>Are you still going to operate in the fullness of the spirit and the law of Torah irrespective of the inconveniences or are you going to lose your cool and try and do things your way? That's really what it comes down to. Uh, amen, Samuel. Uh, something that she said and something that um, Bri said is something that I've tried to live by. I've got a very good friend of mine from years ago uh said something very profound once and I've I've kept it in my heart and I think I've even shared it in this group a time or two. Uh Tim, you you know this person Jeff brother Wattstrom, very good friend of mine. uh he was very influential in in my young life and he he said that he lives his life as a believer as if he's on a stage and he's the main character.</w:t>
      </w:r>
    </w:p>
    <w:p>
      <w:r>
        <w:t>He's the main actor and everything that happens in his life is part of the play and the father is always watching him. Always watching how he responds, what he does, what he doesn't say, how he reacts, what he how he doesn't react. Everything's a stage. And there's some truth to that. And I think that's what Samuel was kind of uh pointing at and what Brie said when she said that you can determine where a person's at, you know, based on their walk with the creator. And that's true. And we don't we see that, you know, in no greater form than on the roads and highways, the way people drive. But yes, it is true. We we the father does care about how we respond, how we react to all kinds of situations and so he will put us intentionally in situations to test that. Thank you Samuel.</w:t>
      </w:r>
    </w:p>
    <w:p>
      <w:r>
        <w:t>Brother Cordon, I think one of the things we have to understand is oftentimes is we as uh followers of Yeshua, you know, the biggest concern is like God will not give you more than what you are tempted instead of more than what you can bear. And I think often times in this life, we have the tendency sometimes of thinking like, well, it's too much to bear. And I think one of the things about it is is that tribulation is a time of testing. Tribulation is a time in which we ourselves are going to be tested based upon our faith. And often times whenever I look at certain passages, I also see Israel and the way they were tested. And I think often times when we're tested as far as that goes, are we going to complain like Israel complained like not having melons and cucumbers and meat and potted uh things and things like that?</w:t>
      </w:r>
    </w:p>
    <w:p>
      <w:r>
        <w:t>And I think it just comes down to a level of us realizing to ourselves, you know, you know, um it it's going to be different. I I almost feel from an international point of view because I feel often times whenever I think of the tribulation, I feel it's going to be different depending upon what country you're in per se because it's going to be a lot different. If you're in the United States, you're probably not going to be as tempted as if you were basically in a country that would be closer to Israel. So I feel a lot of the things that could happen could happen geographically. But I also feel that if it is going to happen, it's going to happen for our own good just to prove if our faith is genuine. And if it's genuine enough, then you know it's going 1 hour, 11 minutes to happen whether if we like it or we don't like it.</w:t>
      </w:r>
    </w:p>
    <w:p>
      <w:r>
        <w:t>But either way, it's going to happen for the purpose of his glory. And I think that's going to be a very interesting thing when it does get closer to that time frame because I feel that time frame is a lot closer than what we anticipate. Well, that's just my two cents. Uh Paul and Lori, please jump in there. Yeah. All right. Um just in terms of um thinking about persecution, testing, and trials and whatnot. Yeshua has said in his in the book of Revelation, those that endure to the end and have the witness of he himself as a Messiah, they will be saved. And I think that the persecution, the trial, the those are the um exercises that we have to use to build our our faith muscles in order to allow us to endure till the end.</w:t>
      </w:r>
    </w:p>
    <w:p>
      <w:r>
        <w:t>So I I think it's a multifaceted um uh conundrum I guess that we have to consider in terms of the um the whole lesson that uh between and the typology between um Joseph and Yeshua. So thank you so much Ed for an excellent um teaching today. But I think that, you know, endurance has to be considered here as well. That's just me. Well, amen. Thank you so much, guys. That's very true. You know who we haven't heard from this morning? We haven't heard from the great wisdom of Glenn number two. And he's just sitting over here quietly. Len, did you have anything you wanted to share to the group? I I can say that, you know, when it comes to being uh trials, then, you know, we're Paul reminds us that that uh we we've got a Mark on our back.</w:t>
      </w:r>
    </w:p>
    <w:p>
      <w:r>
        <w:t>If we're called, if we are the a part of the elect, then we've got a target on our back and we really do have an enemy that is, you know, that is making warfare against us. That's why we have to put on the whole armor of God. We, you know, there's a roaring lion out there and he's not, that roaring lion is not interested in people that are not called. They're just in the world. They may call themselves parts of various Christian groups. They may believe what they believe. Uh but that doesn't mean they're called. That doesn't mean that they've been given God's spirit. And our adversary certainly knows who's called, who has the father's spirit and 1 hour, 14 minutes who is being called to salvation at this time. And that's who he targets. Um, so I, you know, that that's my take on it.</w:t>
      </w:r>
    </w:p>
    <w:p>
      <w:r>
        <w:t>We do have a target on our back and we do have to put on the whole armor of God's. We do have to be vigilant because he is after us. Amen. [snorts] Amen. Uh, okay. So, looks like that's it for the for for the group's questions and comments. Uh, in that lesson that I referred to a moment ago, the know thy enemy lesson, um, when I said that Satan doesn't give a rip about at Doss, it doesn't mean to stand in opposition to what Glenn number two just shared. I I think yes, he knows who's who for sure. The point that I I make in that lesson and I want to make here this morning with you all is this. 1 hour, 15 minutes There's only a handful of people in scripture where the Bible tells us that Satan spent his entire focus on this one person where he was directly involved. Who are they? Job?</w:t>
      </w:r>
    </w:p>
    <w:p>
      <w:r>
        <w:t>What happened as a result of Satan turning his attention, his gaze directly on one man? He was utterly destroyed. Judas. What happened to Judas? He was utterly destroyed. Peter, what happened to Peter? He was tested beyond imagination. Yeshua promised it. Yeshua, the the 40 year the 40 days in the desert and really his entire ministry. The point that I was trying to make in that lesson and that I'll make here this morning is yes, we have an opposition. Yes, as Glenn shared months ago that he has he is the the prince of the air. He is broadcasting negativity and hatred and all kinds of stuff like a radio beacon around the world that we can either tune into or not tune into. I I believe that's true. There are demonic forces that work against us.</w:t>
      </w:r>
    </w:p>
    <w:p>
      <w:r>
        <w:t>However, if the enemy, Satan himself, Enlil, turned his gaze onto Tim Snow or to Luke or to Paul, he would be it would be lifechanging if he didn't die. It would be that big. It would be Job. It would be Judas. It would be Peter. It would be Yeshua. So, in that sense, he's not focusing on Glenn number two. He's not focusing on Tim Snow or Ed Doss. He's got his forces that that that do that with us. Why am I saying all this? Well, because it's my conviction that a lot of the troubles we find ourselves in sometimes is because we put ourselves there in one way or another with our decisions and our sin and our departure from the way. And he knows that too. He is that lion who's circling the camp. and that one person who steps outside and and wanders away from the path, he's on it.</w:t>
      </w:r>
    </w:p>
    <w:p>
      <w:r>
        <w:t>So, I wanted to make that clarification so you guys understand my position on this. Um, but all of this has been good talk and good fellowship. Any other thoughts or questions in the final moments we have together? I will say one thing in the next um Um, Mrs. One law for Israel and one law for the stranger. So, I'm going to leave with that. Oh, I just wanted to while everyone was talking, the scripture was talking there's a scripture in my heart. Um, it was it's 2 Corinthians um 1 verse 8-10. Um, and Paul is describing that that that he was under great pressure far beyond his ability to endure that the affliction in Asia was so severe that God had used that, you know, to to turn really from self-reliance to to God reliance.</w:t>
      </w:r>
    </w:p>
    <w:p>
      <w:r>
        <w:t>And I felt remissed to be able to say that that I think that we we go through times like Joseph where we have to fix our eyes on God and we have to um really rely on on God and and like verse 9 says with the hope of him raising us from the dead and even raising the situation or turning it around. So the concept of of God giving us you know more than we can handle is actually biblical. Um, and I just wanted to just say that or remind that, you know, sometimes we just have to say, God, I can't I can't go through this. I can't make it through this. And I think that's that's where God wants us because his grace, uh, you know, is perfect in weakness, and we're we're we're we're temples of the Holy Spirit. He's building in us. He's refining. He's he's purposing in us.</w:t>
      </w:r>
    </w:p>
    <w:p>
      <w:r>
        <w:t>So, um I just wanted to say I feel like the purpose of suffering also is um to glorify him and also to get us to stop relying on self. That's all I wanted to say. Amen. All right. Well, we'll end with your wise words, brother Snow. Guys, again, I apologize for any audio problems. I'll try to weed that out here for next week so we don't have it again. Thanks for your your patience and all of that. Thanks for all of your wonderful comments and your insights. Uh I love all of that. I love not being the uh only guy talking in these classes. And I want to encourage the rest of you who don't talk very often to build up the courage to share your thoughts. Um you're not going to say anything dumb. You're not there's nobody here going to judge you. uh we we just want to hear your input, your thoughts.</w:t>
      </w:r>
    </w:p>
    <w:p>
      <w:r>
        <w:t>This fellowship after all and I'm very grateful for all of you. And you know what else I want to make? One more plea to all of you is I'd really like to see your faces and not just your name or still image. Um, I I like the cameras being on and uh, you know, I don't care if you got bed head or you know, you're concerned about how you look or whatever. None none of us do. Could be bandwidth issues. Could if you've got bandwidth issues, Glenn says that's understandable. I I get that. But, uh, guys, we love you. We're so grateful for all of you. Have a wonderful Shabbat. Have a wonderful weekend. And we'll be back next week to talk about the nohide laws. What are they? Should we pay attention to this or not? Love you guys. Oh, one last thing before I let you go.</w:t>
      </w:r>
    </w:p>
    <w:p>
      <w:r>
        <w:t>Sean and Michael are on the verge of unleashing a newly designed website that's leaps and bounds from where it was before. I'm so excited about that. So, be be praying for that. It's they're working tirelessly behind the scenes. I'm very grateful for Shawn and Michael and the work that they're doing. Uh they're doing it all for free. Love you, Sean. Love you, Michael, for that. I'm really grateful. But um we'll see you guys next week. Shalom. Shabbat shalom. Thank you. Shabbat shalom. The Lord bless you and keep you bless his face to shine upon you and be gracious unto you. The Lord lift up his confidence upon you and all give you shalom. Amen. Amen. Thank you. Byebye everybody.</w:t>
      </w:r>
    </w:p>
    <w:sectPr w:rsidR="00FC693F" w:rsidRPr="0006063C" w:rsidSect="00034616">
      <w:footerReference w:type="default" r:id="rId9"/>
      <w:head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A6C7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