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153243"/>
          <w:sz w:val="36"/>
        </w:rPr>
        <w:t>Passover 2022 - How did Yeshua fulfill the Passover and become the Passover Lamb?</w:t>
      </w:r>
    </w:p>
    <w:p>
      <w:pPr>
        <w:spacing w:after="100"/>
      </w:pPr>
      <w:r>
        <w:rPr>
          <w:b/>
          <w:color w:val="1A6C7A"/>
          <w:sz w:val="22"/>
        </w:rPr>
        <w:t>TEACHING TRANSCRIPT</w:t>
      </w:r>
    </w:p>
    <w:p>
      <w:pPr>
        <w:spacing w:after="100"/>
      </w:pPr>
      <w:r>
        <w:rPr>
          <w:b w:val="0"/>
          <w:color w:val="596877"/>
          <w:sz w:val="18"/>
        </w:rPr>
        <w:t>Finding the Ancient Path</w:t>
      </w:r>
    </w:p>
    <w:p>
      <w:pPr>
        <w:spacing w:after="100"/>
      </w:pPr>
      <w:r>
        <w:rPr>
          <w:b w:val="0"/>
          <w:color w:val="1A6C7A"/>
          <w:sz w:val="18"/>
        </w:rPr>
        <w:t>https://www.youtube.com/watch?v=SzDgGbIQeAQ</w:t>
      </w:r>
    </w:p>
    <w:p>
      <w:r>
        <w:t>Transcript note: Complete cleaned auto-caption text. Standalone timestamps removed; chapter labels retained. Proper nouns and Scripture names capitalized. Spoken wording otherwise preserved; automated captions may contain transcription errors.</w:t>
      </w:r>
    </w:p>
    <w:p>
      <w:pPr>
        <w:pStyle w:val="Heading1"/>
      </w:pPr>
      <w:r>
        <w:t>Chapter 1: Introduction</w:t>
      </w:r>
    </w:p>
    <w:p>
      <w:r>
        <w:t>So I wanted to take a moment just to share the Passover lesson that we had last night which was so amazing so so many people came over and got to</w:t>
      </w:r>
    </w:p>
    <w:p>
      <w:pPr>
        <w:pStyle w:val="Heading1"/>
      </w:pPr>
      <w:r>
        <w:t>Chapter 2: Purpose of the Original Passover</w:t>
      </w:r>
    </w:p>
    <w:p>
      <w:r>
        <w:t>experience the Passover for the first time and we had a blast but I wanted to just go over the lesson that we looked at to show how Jesus how Yeshua fulfilled the Passover as well as the other spring feasts and it really starts here the original purpose of Passover as we find in Exodus 12 so this day this Passover day shall be to you a memorial now I have that word bolded because I want you to remember it we're going to come back to it at the end of the lesson and you shall keep it as a feast to the Lord throughout your generations you shall keep it as a feast by an everlasting ordinance and it shall be when your children say to you what do you mean by the service that you shall say it is the Passover sacrifice of the Lord who passed over the houses of children the houses of the children of Israel in Egypt when he struck the Egyptians and</w:t>
      </w:r>
    </w:p>
    <w:p>
      <w:r>
        <w:t>delivered our households so the people bowed and worshipped so it's a memorial well it's a memorial for what well Israel escaped the judgment of God by being passed over and thus we are equally delivered from our bondage and our captivity and God's wrath in the same way by the blood of the lamb this is a type or an omen or a foreshadowing of something in the future so for 1500 years Israel sacrificed their Passover Lamb once a year really not even knowing exactly what it meant for the future but eventually it was going to come 2 minutes around that Yeshua would be our Passover Lamb that was sacrificed for the sin of mankind so it was a type and Yeshua's Passover was the anti-type or the fulfillment the origins of the feast surprisingly</w:t>
      </w:r>
    </w:p>
    <w:p>
      <w:pPr>
        <w:pStyle w:val="Heading1"/>
      </w:pPr>
      <w:r>
        <w:t>Chapter 3: Origins of the Feasts</w:t>
      </w:r>
    </w:p>
    <w:p>
      <w:r>
        <w:t>begin in Genesis chapter one the Bible says that God said let there be lights in the firmament of heavens to divide the day from the night and let them be for signs and seasons and for days and years and when we read that we would automatically just assume that what's happening here is God is creating the seasons summer winter fall spring so on and so forth but there's a lot more to this in the english language than most people realize for example the word for signs is the word oat in Hebrew and it means omens or foreshadowing and the word seasons is the word moadim and it means appointed meeting rehearsal or holy convocation or festival actually if you look up the Hebrew word for both seasons and festival they both are moed or moadim in plural so that statement in Genesis 1 14 could read or does read signs and seasons means appointed</w:t>
      </w:r>
    </w:p>
    <w:p>
      <w:r>
        <w:t>gatherings or feasts to rehearse the what it's a rehearsal but what are they rehearsing for well they're rehearsing for the future and just as I said a moment ago the Passover was a rehearsal for what the ultimate Passover Lamb would do for us so the feasts would become the framework of the entire ministry of Jesus every major event that happens in the Bible happens according to the feasts and when you look at the lists of the feasts down there at the bottom you could almost see Jesus in the titles without even thinking about it but let's go through them real quick Passover of course is the lamb they sacrificed a physical lamb Yeshua became our lamb our Passover Lamb to take away the sins of the world Unleavened Bread is when Jesus was in the grave dealing</w:t>
      </w:r>
    </w:p>
    <w:p>
      <w:r>
        <w:t>with sin leaven of course being a metaphor for sin in the Bible and that's exactly what Jesus was doing in the grave during the Feast of Unleavened Bread as he was the bread from heaven he was the bread of life First Fruits is when he was risen because he was the First Fruits of the resurrection he was the first ever individual to be resurrected from the grave now Pentecost is right there in the middle and we see a couple of things about historical Pentecost the first Pentecost for Israel was at Mount Sinai when the law was given and if you remember your bibles during that time three thousand people lost their life because of rebellion what's another notable Pentecost that many Christians are familiar with well it's Acts 2 when the spirit was given and what happened there 3 000 people were baptized do you see the connection from old</w:t>
      </w:r>
    </w:p>
    <w:p>
      <w:r>
        <w:t>testament to new and the fall feasts are when Jesus is going to fulfill in the second coming these are all going to be fulfilled during the second coming when you look at the first one their trumpets that automatically should ring bells in your mind because when Jesus returns we are going to hear the shofar we are going to hear the trumpet blast at his second coming and then of course atonement is when we were all finally atoned for of course the cross atoned for us but it'll be that time that after judgment when the sheep are separated from the goats and his people are ultimately atoned for and then tabernacles simply means God with man after all is done God will once again live with man as he did in the garden when all things are completely and utterly reconciled so whose feasts are they I asked this</w:t>
      </w:r>
    </w:p>
    <w:p>
      <w:r>
        <w:t>question because there's a a misnomer out there a misunderstanding that the festivals are only for the Jews</w:t>
      </w:r>
    </w:p>
    <w:p>
      <w:pPr>
        <w:pStyle w:val="Heading1"/>
      </w:pPr>
      <w:r>
        <w:t>Chapter 4: Whose Feasts Are They?</w:t>
      </w:r>
    </w:p>
    <w:p>
      <w:r>
        <w:t>and that's categorically wrong on so many levels but I wanted to share this passage and a couple of others to show us uh the truth in this matter first in the book of Leviticus chapter 23 where we see the instructions the commandments of the festivals the Bible says and the Lord spoke to Moses saying speak to the children of Israel and say to them the feasts of the Lord which you shall proclaim to be what holy convocations we saw that word already holy convocations these are my feasts these aren't Israel's feasts these are my feasts these aren't the Jews feasts these are my feasts these are the Lord's feasts so look at Psalm 103 verse 7. it says he made known his ways to Moses his Acts to the people of Israel when you read that passage what is the implication the implication is that his ways have always been around</w:t>
      </w:r>
    </w:p>
    <w:p>
      <w:r>
        <w:t>his ways were around long before Moses came on to the scene and yet God made them known to Moses and the people of Israel so his ways including the feasts have always been around he just made them known to his chosen people Israel and likewise in Nehemiah 9 you made known to them your holy Sabbath them being Israel and commanded them precepts statutes and laws by the hand of Moses your servant so all of these things the Sabbath the precepts the statues and the laws have always been a part of who God is they are his value set so to speak and he made them known to his people if they were his feasts then the question is are they his feasts now and of course the answer is yes so let's talk about appointed times for a moment uh we saw that back in the</w:t>
      </w:r>
    </w:p>
    <w:p>
      <w:pPr>
        <w:pStyle w:val="Heading1"/>
      </w:pPr>
      <w:r>
        <w:t>Chapter 5: Teaching of the Feasts</w:t>
      </w:r>
    </w:p>
    <w:p>
      <w:r>
        <w:t>first slide Leviticus 23 says these are the feasts of the Lord holy convocations which you shall proclaim at their appointed times so there's something about the appointed times that we have to pay attention to in future slides and it's all going to become very clear here shortly on the 14th day of the first month of twilight is the Lord's Passover and on the 15th day of the same month is the Feast of Unleavened Bread to the Lord seven days you must eat Unleavened Bread on the first day you shall have a holy convocation you shall do no customary work on it so these holy convocations are appointed times they are rehearsals for the future speaking of these two mentioned in this passage we can see that Passover was a rehearsal for when Jesus went to the cross his Passion Week we can also see that Unleavened Bread</w:t>
      </w:r>
    </w:p>
    <w:p>
      <w:r>
        <w:t>was a rehearsal for when he would be in the grave dealing with sin so right here in this passage we see two appointed times one is Passover and one is Unleavened Bread so we have to start building our list of things that Jesus will fulfill in his Passion Week let's do that then Jehovah said to Moses and Aaron in the land of Egypt this month shall be for you the beginning of months it shall be the first month of the year for you tell all the congregation of Israel that on the tenth day of this month every man shall take a lamb according to their father's house a lamb for a household and if the household is too small for a lamb then he and his nearest neighbor shall take according to the number of persons according to what each can eat</w:t>
      </w:r>
    </w:p>
    <w:p>
      <w:r>
        <w:t>you shall make your count for the lamb your lamb shall be without blemish a male a year old you may take it from the sheep or from the goats and you shall keep it until the 14th day of this month when the whole assembly of the congregation of Israel shall kill their lambs at twilight so there are some things in this chapter in this verse that we need to extract to build our list so that we can see how Yeshua fulfilled them well the first thing is there's something about the 10th day of the month Passover is on the 14th day of Nisan so on the 10th day of the month would be four days before the lamb is supposed to be selected chosen it's supposed to be a male inspected for blemish and spotless and then it's supposed to be kept until the 14th which is four days kept in the house for four days and then on the 14th</w:t>
      </w:r>
    </w:p>
    <w:p>
      <w:r>
        <w:t>killed at twilight it makes you wonder why God made Israel do this taking a baby lamb a year old without spot or blemish and bringing it into the house for four days 12 minutes to be kept until uh Passover think about the family think about how the kids would embrace that lamb like a pet and start loving it it's sleeping with them and they're getting close to it they're starting to love it think about the impact it would have on the family to after four days sacrifice it there's a reason why God did that uh he wants us to understand the importance of the sacrifice let's talk momentarily about Unleavened Bread in Exodus chapter he he goes on and says that on the first day you shall remove the leaven from your house for on this same day I will have brought your armies out of the land of Egypt</w:t>
      </w:r>
    </w:p>
    <w:p>
      <w:r>
        <w:t>you shall eat nothing leavened in all of your dwellings you shall eat nothing but Unleavened Bread so we have to add that to our list the removal of the leaven even though it's a separate holiday because it's the next day after Passover they're often celebrated together so we have to remove the leaven in our house so now let's see how Yeshua fulfilled the spring feasts are you ready here Yeshua is riding on a donkey into the temple courts being ushered in by the people that understood the times the people who understood appointed times and knew something about the Mashiach or the Messiah John 12 says then six days before the Passover Jesus came to Bethany where Lazarus was who had been dead whom he had raised from the dead okay you have to wonder why the Bible takes the time to talk about six days before or the third hour or the</w:t>
      </w:r>
    </w:p>
    <w:p>
      <w:r>
        <w:t>ninth hour why does the Bible take the time to make these these designations these time stamps so that we can understand these appointed times if the if if Passover is on the 14th then six days before the Passover will be what well it'd be the eighth going into the ninth what do I mean by that well in the american calendar our days go from midnight to midnight but in the Hebrew calendar it goes from sundown to sundown so six days before would be the eighth going into the ninth do you understand that same chapter a few verses later the Bible says the next day well what would the next day be it would be the 9th going into the 10th which is what four days before so what's happening here is that the lamb is being chosen</w:t>
      </w:r>
    </w:p>
    <w:p>
      <w:r>
        <w:t>you know the story a great multitude had come to the feast when they heard that Jesus was coming to Jerusalem they took branches of palm trees and went out to meet him and they cried Hosanna blessed is he who comes in the name of the Lord the King of Israel that statement is from the Old Testament and it is reserved solely for the Messiah so what is happening here is that people are choosing their lamb they are choosing their king so what else is happening in Jerusalem at this time well you have to remember that the national Passover is also happening at the very same time and the chief priests would have brought the four-legged lamb chosen for the national Passover into the courtyard from the north gate because that's where the sheep pens are Jesus was coming from where we just saw it in the previous slide he was coming</w:t>
      </w:r>
    </w:p>
    <w:p>
      <w:r>
        <w:t>from Bethany which means he would have entered the temple from the east gate so now keep in mind that as Jesus is being ushered into the east gate by those people who had selected him as their king who understood the times at the very same time at the north gate those people oblivious to the times were ushering in the national Passover at the very same time why because they are appointed times things had to happen like this so what do we see in this passage in this slide in Mark 12 they sent him uh they hit they sent to him some of the Pharisees and the Herodians to quote catch him in his words they were testing him Mark 14 after two days it was the Passover and the Feast of Unleavened Bread and the chief priests and the scribes saw how they might take him by</w:t>
      </w:r>
    </w:p>
    <w:p>
      <w:r>
        <w:t>trickery and put him to death but they said not during the feast lest there be an uproar of the people Matthew 26 the chief priests the elders and all the councils sought false testimony against Jesus to put him to death but they found none even though many false witnesses came forward they found none and my favorite from Luke 23 Pilate said to the chief priests and the crowd I find no fault in this man what's going on here the lamb is being inspected for blemish just like it was taught and prophesied in Leviticus and in Exodus we go to John 2 now the Passover of the Jews was at hand you know this story Jesus went up to Jerusalem and he cleaned out the temple of all the money changers and the people selling sheep and oxen take these things away don't make my father's house a house of merchandise for so long as a Christian I thought</w:t>
      </w:r>
    </w:p>
    <w:p>
      <w:r>
        <w:t>this was just an image of Jesus's human side yeah he can get mad he can get riled up just like me that's not what's going on here what is going on is that Jesus is removing the leaven from his house as the law requires he had to fulfill the law he had to fulfill this part of Unleavened Bread and Passover he was removing the leaven from his house then finally Mark 15 it was the third hour there again that very specific designation of time when they crucified him what is the third hour well it's 9 a.m and what happens at 9 00 a.m for the national Passover Lamb the lamb is bounded or binded 9 a.m is the binding of the lamb in preparation for the sacrifice so at the third hour as they were binding the national lamb the Lamb of God our Lamb of God was being bound to his cross for crucifixion</w:t>
      </w:r>
    </w:p>
    <w:p>
      <w:r>
        <w:t>why because there were appointed times they had to happen in this way Matthew 27 verses 45-50 now the sixth hour until the ninth hour there was darkness over all the land and about the ninth hour Jesus cried out with a loud voice saying eli eli lava sabachthani that is my God my God why have you forsaken me some of those who stood there when they heard that said this man is calling for Elijah immediately one of them ran and took a sponge filled it with sour wine and put it on his on a reed and offered it to him to drink the rest said let him alone let's see if Elijah will come to save him and then Jesus cried out with a loud voice and yielded up his spirit so the two things that we get from this section of passage the scripture is that about the ninth hour Jesus died</w:t>
      </w:r>
    </w:p>
    <w:p>
      <w:r>
        <w:t>it was a long way of saying about the ninth hour that Jesus died well what's so important about the ninth hour the ninth hour or three pm the national Passover Lamb is finally sacrificed so as they were sacrificing the national lamb Jesus was yielding up his spirit why because these are appointed times and what does the high priest declare once the sacrifice has been made the national sacrifice he declares it is finished and that's why Yeshua Jesus our Passover Lamb made the same declaration that it is finished so here we have the last slide Yeshua enjoying the Passover with his guys reclining enjoying the night a Passover that the Bible says he desired to eat with his guys matter of fact we're going to read that passage right now in Luke 22</w:t>
      </w:r>
    </w:p>
    <w:p>
      <w:r>
        <w:t>then came the day of Unleavened Bread when the Passover must be killed and he sent Peter and John saying go prepare the Passover force that we may eat so they said to him where do you want us to prepare and he said to them behold when you have entered the city and man will meet you carrying a picture of water follow him into the house which he enters then you shall say to the master of the house the teacher says to you where is the guest room where I make the Passover with my disciples then he will show you a large furnished upper room there make ready so when they found it just as he had said to them they prepared the Passover when the hour had come he sat down the twelve apostles with him and he said to them with fervent desire with great</w:t>
      </w:r>
    </w:p>
    <w:p>
      <w:r>
        <w:t>desire I have desired to eat this Passover with you before I suffer for I say to you I will no longer eat of it until it is fulfilled in the Kingdom of God then he took the cup and gave thanks and said take this and divide it among yourselves for I say to you I will not drink of it the fruit of the vine until the Kingdom of God comes and he took the bread gave thanks and broke it and gave it to them saying this is my body which is given for you do this in remembrance of me do what what are we supposed to do in remembrance of Yeshua well the Bible tells us over and over again in this passage five times what they were there to do they were there to eat the Passover as they had done every year of their Jewish lives and now Jesus is changing the focus of the Passover up until that point they were doing it in honor of God freeing them</w:t>
      </w:r>
    </w:p>
    <w:p>
      <w:r>
        <w:t>their people from captivity and bondage now they are celebrating and honoring the fact that Jesus freed mankind from the captivity and bondage of sin so doing this is not just the sacrament of communion the Roman Church took those last two verses and separated them from the rest of them and turned communion into its own separate 24 minutes sacrament apart from Passover which was never the plan early Christians early disciples prophets they all celebrated Passover and Jesus is simply saying do this in remembrance of me so how many to understand this well if you remember at the beginning of our lesson I said to remember that word memorial it was commanded as a memorial and what they were doing was a rehearsal or a memorial that would culminate at the cross with Yeshua ultimately becoming the Passover Lamb Jesus is now telling us</w:t>
      </w:r>
    </w:p>
    <w:p>
      <w:r>
        <w:t>to do this in remembrance of his sacrifice his body which was given for you so do we see how that all works together I hope you do I hope you embrace the Passover if you hadn't got a chance to do it this year join us next year it's going to be an amazing thing and you learn so much God bless have a great Passover have a great week of Unleavened Bread and we'll talk to you soon</w:t>
      </w:r>
    </w:p>
    <w:sectPr w:rsidR="00FC693F" w:rsidRPr="0006063C" w:rsidSect="00034616">
      <w:pgSz w:w="12240" w:h="15840"/>
      <w:pgMar w:top="1080" w:right="1238" w:bottom="108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